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618BE" w14:textId="4618747E" w:rsidR="00653B88" w:rsidRPr="000E7E2C" w:rsidRDefault="009B713B">
      <w:pPr>
        <w:jc w:val="center"/>
        <w:rPr>
          <w:sz w:val="28"/>
          <w:szCs w:val="28"/>
        </w:rPr>
      </w:pPr>
      <w:r>
        <w:rPr>
          <w:rFonts w:ascii="Calibri" w:hAnsi="Calibri"/>
          <w:b/>
          <w:color w:val="002060"/>
          <w:sz w:val="32"/>
        </w:rPr>
        <w:t>ISTITUTO COMPRENSIVO MANDATORICCIO</w:t>
      </w:r>
      <w:r>
        <w:rPr>
          <w:rFonts w:ascii="Calibri" w:hAnsi="Calibri"/>
          <w:b/>
          <w:color w:val="002060"/>
          <w:sz w:val="32"/>
        </w:rPr>
        <w:br/>
      </w:r>
      <w:r>
        <w:rPr>
          <w:rFonts w:ascii="Calibri" w:hAnsi="Calibri"/>
          <w:b/>
          <w:color w:val="C00000"/>
          <w:sz w:val="28"/>
        </w:rPr>
        <w:t>ORARIO PROVVISORIO DELLE LEZIONI — A.S. 2026/2027</w:t>
      </w:r>
      <w:r>
        <w:rPr>
          <w:rFonts w:ascii="Calibri" w:hAnsi="Calibri"/>
          <w:b/>
          <w:color w:val="C00000"/>
          <w:sz w:val="28"/>
        </w:rPr>
        <w:br/>
      </w:r>
      <w:r w:rsidRPr="000E7E2C">
        <w:rPr>
          <w:rFonts w:ascii="Calibri" w:hAnsi="Calibri"/>
          <w:i/>
          <w:color w:val="505050"/>
          <w:sz w:val="28"/>
          <w:szCs w:val="28"/>
        </w:rPr>
        <w:t>Scuola Secondaria di Primo Grado — SETTIMANA DAL 05 AL 09 OTTOBRE 2026</w:t>
      </w:r>
    </w:p>
    <w:p w14:paraId="188C3387" w14:textId="77777777" w:rsidR="00653B88" w:rsidRDefault="009B713B">
      <w:pPr>
        <w:spacing w:before="280" w:after="80"/>
      </w:pPr>
      <w:r>
        <w:rPr>
          <w:rFonts w:ascii="Calibri" w:hAnsi="Calibri"/>
          <w:b/>
          <w:color w:val="002060"/>
          <w:sz w:val="26"/>
        </w:rPr>
        <w:t>SCUOLA SECONDARIA DI 1° GRADO — CORSO A — MANDATORICCIO</w:t>
      </w:r>
    </w:p>
    <w:tbl>
      <w:tblPr>
        <w:tblW w:w="0" w:type="auto"/>
        <w:jc w:val="center"/>
        <w:tblBorders>
          <w:top w:val="single" w:sz="6" w:space="0" w:color="D3D3D3"/>
          <w:left w:val="single" w:sz="6" w:space="0" w:color="D3D3D3"/>
          <w:bottom w:val="single" w:sz="12" w:space="0" w:color="002060"/>
          <w:right w:val="single" w:sz="6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720"/>
        <w:gridCol w:w="1584"/>
        <w:gridCol w:w="2592"/>
        <w:gridCol w:w="2592"/>
        <w:gridCol w:w="2592"/>
        <w:gridCol w:w="1872"/>
        <w:gridCol w:w="1584"/>
      </w:tblGrid>
      <w:tr w:rsidR="00653B88" w14:paraId="75CE405D" w14:textId="77777777">
        <w:trPr>
          <w:jc w:val="center"/>
        </w:trPr>
        <w:tc>
          <w:tcPr>
            <w:tcW w:w="1584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A186D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Giorno</w:t>
            </w:r>
          </w:p>
        </w:tc>
        <w:tc>
          <w:tcPr>
            <w:tcW w:w="720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0BE431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Ora</w:t>
            </w:r>
          </w:p>
        </w:tc>
        <w:tc>
          <w:tcPr>
            <w:tcW w:w="1584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E21900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Orario</w:t>
            </w:r>
          </w:p>
        </w:tc>
        <w:tc>
          <w:tcPr>
            <w:tcW w:w="2592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89FCE0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CLASSE PRIMA</w:t>
            </w:r>
          </w:p>
        </w:tc>
        <w:tc>
          <w:tcPr>
            <w:tcW w:w="2592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5B0198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CLASSE SECONDA</w:t>
            </w:r>
          </w:p>
        </w:tc>
        <w:tc>
          <w:tcPr>
            <w:tcW w:w="2592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FCFCC8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CLASSE TERZA</w:t>
            </w:r>
          </w:p>
        </w:tc>
        <w:tc>
          <w:tcPr>
            <w:tcW w:w="1872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1E5F5E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POTENZIAMENTO</w:t>
            </w:r>
          </w:p>
        </w:tc>
        <w:tc>
          <w:tcPr>
            <w:tcW w:w="1584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17E58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SOSTEGNO</w:t>
            </w:r>
          </w:p>
        </w:tc>
      </w:tr>
      <w:tr w:rsidR="00653B88" w14:paraId="20E6CBBC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8309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Lunedì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CCD9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93284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3BF3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B122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592" w:type="dxa"/>
            <w:shd w:val="clear" w:color="auto" w:fill="F5F5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3F0A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RELIGIONE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32C7F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F0670" w14:textId="77777777" w:rsidR="00653B88" w:rsidRDefault="00653B88">
            <w:pPr>
              <w:jc w:val="center"/>
            </w:pPr>
          </w:p>
        </w:tc>
      </w:tr>
      <w:tr w:rsidR="00653B88" w14:paraId="3DBC302B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2A4FE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078D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9B943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5064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F6BF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E0B8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DB666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B5E45" w14:textId="77777777" w:rsidR="00653B88" w:rsidRDefault="00653B88">
            <w:pPr>
              <w:jc w:val="center"/>
            </w:pPr>
          </w:p>
        </w:tc>
      </w:tr>
      <w:tr w:rsidR="00653B88" w14:paraId="510EE25F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0B6D0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2379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A354E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BA85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5AB2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3F52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F8D1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MATEMATICA1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80BF" w14:textId="77777777" w:rsidR="00653B88" w:rsidRDefault="00653B88">
            <w:pPr>
              <w:jc w:val="center"/>
            </w:pPr>
          </w:p>
        </w:tc>
      </w:tr>
      <w:tr w:rsidR="00653B88" w14:paraId="7887D8FE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F3F30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7E4C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FDBE3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3858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F2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5913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GEOGRAFIA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18FC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67F9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ITALIANO2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AA991" w14:textId="77777777" w:rsidR="00653B88" w:rsidRDefault="00653B88">
            <w:pPr>
              <w:jc w:val="center"/>
            </w:pPr>
          </w:p>
        </w:tc>
      </w:tr>
      <w:tr w:rsidR="00653B88" w14:paraId="39B4E3CD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C86C1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A64F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0432E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E015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576D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BE31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4389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C7C2E" w14:textId="77777777" w:rsidR="00653B88" w:rsidRDefault="00653B88">
            <w:pPr>
              <w:jc w:val="center"/>
            </w:pPr>
          </w:p>
        </w:tc>
      </w:tr>
      <w:tr w:rsidR="00653B88" w14:paraId="60F9A00B" w14:textId="77777777">
        <w:trPr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4094F" w14:textId="77777777" w:rsidR="00653B88" w:rsidRDefault="00653B88"/>
        </w:tc>
        <w:tc>
          <w:tcPr>
            <w:tcW w:w="720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613B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FECD7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2592" w:type="dxa"/>
            <w:tcBorders>
              <w:bottom w:val="single" w:sz="36" w:space="0" w:color="002060"/>
            </w:tcBorders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DA9E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tcBorders>
              <w:bottom w:val="single" w:sz="36" w:space="0" w:color="002060"/>
            </w:tcBorders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BECC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tcBorders>
              <w:bottom w:val="single" w:sz="36" w:space="0" w:color="002060"/>
            </w:tcBorders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7F47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tcBorders>
              <w:bottom w:val="single" w:sz="36" w:space="0" w:color="002060"/>
            </w:tcBorders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A9FC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584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126C7" w14:textId="77777777" w:rsidR="00653B88" w:rsidRDefault="00653B88">
            <w:pPr>
              <w:jc w:val="center"/>
            </w:pPr>
          </w:p>
        </w:tc>
      </w:tr>
      <w:tr w:rsidR="00653B88" w14:paraId="73DB4FD5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DBA9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Martedì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BD83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3B4DD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2592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E632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FRANCESE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F3D2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592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963B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37B49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D7983" w14:textId="77777777" w:rsidR="00653B88" w:rsidRDefault="00653B88">
            <w:pPr>
              <w:jc w:val="center"/>
            </w:pPr>
          </w:p>
        </w:tc>
      </w:tr>
      <w:tr w:rsidR="00653B88" w14:paraId="1D9F4A52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295E4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D1AE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CF56B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2592" w:type="dxa"/>
            <w:shd w:val="clear" w:color="auto" w:fill="FFEB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FCF0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SC. MOTORIE</w:t>
            </w:r>
          </w:p>
        </w:tc>
        <w:tc>
          <w:tcPr>
            <w:tcW w:w="2592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6327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FRANCESE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B8AF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1872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E663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33E70" w14:textId="77777777" w:rsidR="00653B88" w:rsidRDefault="00653B88">
            <w:pPr>
              <w:jc w:val="center"/>
            </w:pPr>
          </w:p>
        </w:tc>
      </w:tr>
      <w:tr w:rsidR="00653B88" w14:paraId="068788F5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2FA8B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2564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59D78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2592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6D8B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592" w:type="dxa"/>
            <w:shd w:val="clear" w:color="auto" w:fill="FFEB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5A3D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SC. MOTORIE</w:t>
            </w:r>
          </w:p>
        </w:tc>
        <w:tc>
          <w:tcPr>
            <w:tcW w:w="2592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AB55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FRANCESE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B7C5B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EA047" w14:textId="77777777" w:rsidR="00653B88" w:rsidRDefault="00653B88">
            <w:pPr>
              <w:jc w:val="center"/>
            </w:pPr>
          </w:p>
        </w:tc>
      </w:tr>
      <w:tr w:rsidR="00653B88" w14:paraId="4C6C0990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DC538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3C13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967CD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FFC1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592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7B9C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FE26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EAAEC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FD71C" w14:textId="77777777" w:rsidR="00653B88" w:rsidRDefault="00653B88">
            <w:pPr>
              <w:jc w:val="center"/>
            </w:pPr>
          </w:p>
        </w:tc>
      </w:tr>
      <w:tr w:rsidR="00653B88" w14:paraId="440B424E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7C296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0D63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636FA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2592" w:type="dxa"/>
            <w:shd w:val="clear" w:color="auto" w:fill="E8E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7BD2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STORIA</w:t>
            </w:r>
          </w:p>
        </w:tc>
        <w:tc>
          <w:tcPr>
            <w:tcW w:w="2592" w:type="dxa"/>
            <w:shd w:val="clear" w:color="auto" w:fill="F2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F908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GEOGRAFIA</w:t>
            </w:r>
          </w:p>
        </w:tc>
        <w:tc>
          <w:tcPr>
            <w:tcW w:w="2592" w:type="dxa"/>
            <w:shd w:val="clear" w:color="auto" w:fill="FFEB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94AD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SC. MOTORIE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8D6DF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80EC4" w14:textId="77777777" w:rsidR="00653B88" w:rsidRDefault="00653B88">
            <w:pPr>
              <w:jc w:val="center"/>
            </w:pPr>
          </w:p>
        </w:tc>
      </w:tr>
      <w:tr w:rsidR="00653B88" w14:paraId="77AC1B1E" w14:textId="77777777" w:rsidTr="00406C04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B80A6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36A1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A1C6B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2592" w:type="dxa"/>
            <w:shd w:val="clear" w:color="auto" w:fill="FFE4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11ED2" w14:textId="1962E15A" w:rsidR="00653B88" w:rsidRDefault="00406C04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STORIA</w:t>
            </w:r>
          </w:p>
        </w:tc>
        <w:tc>
          <w:tcPr>
            <w:tcW w:w="2592" w:type="dxa"/>
            <w:shd w:val="clear" w:color="auto" w:fill="E8E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83223" w14:textId="016BFB09" w:rsidR="00653B88" w:rsidRDefault="00406C04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82602" w14:textId="268A4ABC" w:rsidR="00653B88" w:rsidRDefault="00406C04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6E488" w14:textId="362A127C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A0C06" w14:textId="77777777" w:rsidR="00653B88" w:rsidRDefault="00653B88">
            <w:pPr>
              <w:jc w:val="center"/>
            </w:pPr>
          </w:p>
        </w:tc>
      </w:tr>
      <w:tr w:rsidR="00980EF1" w14:paraId="78DA2925" w14:textId="77777777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93F0B" w14:textId="77777777" w:rsidR="00980EF1" w:rsidRDefault="00980EF1"/>
        </w:tc>
      </w:tr>
      <w:tr w:rsidR="00980EF1" w14:paraId="09824F65" w14:textId="77777777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9779C" w14:textId="77777777" w:rsidR="00980EF1" w:rsidRDefault="00980EF1"/>
        </w:tc>
      </w:tr>
      <w:tr w:rsidR="00980EF1" w14:paraId="653F874F" w14:textId="77777777" w:rsidTr="00980EF1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C9574" w14:textId="77777777" w:rsidR="00980EF1" w:rsidRDefault="00980EF1"/>
        </w:tc>
      </w:tr>
      <w:tr w:rsidR="00653B88" w14:paraId="00E193CE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6D4A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Mercoledì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8637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D3F98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DA93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1C50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1594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B565A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CBF3F" w14:textId="77777777" w:rsidR="00653B88" w:rsidRDefault="00653B88">
            <w:pPr>
              <w:jc w:val="center"/>
            </w:pPr>
          </w:p>
        </w:tc>
      </w:tr>
      <w:tr w:rsidR="00653B88" w14:paraId="7FC94ED1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FF6FD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33EB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AC8E8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2592" w:type="dxa"/>
            <w:shd w:val="clear" w:color="auto" w:fill="F5F5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A238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RELIGIONE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0E0A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864B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D149A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C3A67" w14:textId="77777777" w:rsidR="00653B88" w:rsidRDefault="00653B88">
            <w:pPr>
              <w:jc w:val="center"/>
            </w:pPr>
          </w:p>
        </w:tc>
      </w:tr>
      <w:tr w:rsidR="00653B88" w14:paraId="70743CCC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19A1D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243D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1923B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3B65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592" w:type="dxa"/>
            <w:shd w:val="clear" w:color="auto" w:fill="F5F5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686A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RELIGIONE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7F80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3E69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1D6A5" w14:textId="77777777" w:rsidR="00653B88" w:rsidRDefault="00653B88">
            <w:pPr>
              <w:jc w:val="center"/>
            </w:pPr>
          </w:p>
        </w:tc>
      </w:tr>
      <w:tr w:rsidR="00653B88" w14:paraId="66CE77CD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D5B8A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D99A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D1B7A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3CF7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9FDC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9084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187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EFE2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ITALIANO3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91C46" w14:textId="77777777" w:rsidR="00653B88" w:rsidRDefault="00653B88">
            <w:pPr>
              <w:jc w:val="center"/>
            </w:pPr>
          </w:p>
        </w:tc>
      </w:tr>
      <w:tr w:rsidR="00653B88" w14:paraId="053F30A2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6F387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945C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6C4ED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2592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D859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A2B3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ITALIANO2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8125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4E3D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ARTE1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533C0" w14:textId="77777777" w:rsidR="00653B88" w:rsidRDefault="00653B88">
            <w:pPr>
              <w:jc w:val="center"/>
            </w:pPr>
          </w:p>
        </w:tc>
      </w:tr>
      <w:tr w:rsidR="00653B88" w14:paraId="3AA7DC1D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96F32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BC1C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5EFB8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A4C6D" w14:textId="2261C632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29844" w14:textId="1BFD3E7A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811B0" w14:textId="5D528308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B747E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0BA4C" w14:textId="77777777" w:rsidR="00653B88" w:rsidRDefault="00653B88">
            <w:pPr>
              <w:jc w:val="center"/>
            </w:pPr>
          </w:p>
        </w:tc>
      </w:tr>
      <w:tr w:rsidR="00980EF1" w14:paraId="3C85E42C" w14:textId="77777777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40A98" w14:textId="77777777" w:rsidR="00980EF1" w:rsidRDefault="00980EF1"/>
        </w:tc>
      </w:tr>
      <w:tr w:rsidR="00980EF1" w14:paraId="369DF780" w14:textId="77777777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F4C0A" w14:textId="77777777" w:rsidR="00980EF1" w:rsidRDefault="00980EF1"/>
        </w:tc>
      </w:tr>
      <w:tr w:rsidR="00980EF1" w14:paraId="027B6C43" w14:textId="77777777" w:rsidTr="00980EF1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CAD15" w14:textId="77777777" w:rsidR="00980EF1" w:rsidRDefault="00980EF1"/>
        </w:tc>
      </w:tr>
      <w:tr w:rsidR="00653B88" w14:paraId="4CBD22C5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504E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Giovedì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A057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04DCB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2592" w:type="dxa"/>
            <w:shd w:val="clear" w:color="auto" w:fill="E8E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53AF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STORIA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4D86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D940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55A8A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F333A" w14:textId="77777777" w:rsidR="00653B88" w:rsidRDefault="00653B88">
            <w:pPr>
              <w:jc w:val="center"/>
            </w:pPr>
          </w:p>
        </w:tc>
      </w:tr>
      <w:tr w:rsidR="00653B88" w14:paraId="74E668C4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BAC39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AB33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A1AC7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2592" w:type="dxa"/>
            <w:shd w:val="clear" w:color="auto" w:fill="E8E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1F6F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STORIA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B8AA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3730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184A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AC6B9" w14:textId="77777777" w:rsidR="00653B88" w:rsidRDefault="00653B88">
            <w:pPr>
              <w:jc w:val="center"/>
            </w:pPr>
          </w:p>
        </w:tc>
      </w:tr>
      <w:tr w:rsidR="00653B88" w14:paraId="5A5FDEB7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E24EF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BB6D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35EE0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259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BBDB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IMM.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A2FE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CBEF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187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B93CD" w14:textId="77777777" w:rsidR="000E7E2C" w:rsidRDefault="009B713B">
            <w:pPr>
              <w:jc w:val="center"/>
              <w:rPr>
                <w:rFonts w:ascii="Calibri" w:hAnsi="Calibri"/>
                <w:b/>
                <w:color w:val="141414"/>
                <w:sz w:val="17"/>
              </w:rPr>
            </w:pPr>
            <w:r>
              <w:rPr>
                <w:rFonts w:ascii="Calibri" w:hAnsi="Calibri"/>
                <w:b/>
                <w:color w:val="141414"/>
                <w:sz w:val="17"/>
              </w:rPr>
              <w:t>ITALIANO3</w:t>
            </w:r>
          </w:p>
          <w:p w14:paraId="03E78C03" w14:textId="40700B3A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 xml:space="preserve"> L2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306FC" w14:textId="77777777" w:rsidR="00653B88" w:rsidRDefault="00653B88">
            <w:pPr>
              <w:jc w:val="center"/>
            </w:pPr>
          </w:p>
        </w:tc>
      </w:tr>
      <w:tr w:rsidR="00653B88" w14:paraId="25B23E6A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00546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70C6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360DA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2592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73CB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1618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6FCC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1872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BAFB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FCDAD" w14:textId="77777777" w:rsidR="00653B88" w:rsidRDefault="00653B88">
            <w:pPr>
              <w:jc w:val="center"/>
            </w:pPr>
          </w:p>
        </w:tc>
      </w:tr>
      <w:tr w:rsidR="00653B88" w14:paraId="3E3BA9CF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136CF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075E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8A697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BD01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BB98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259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97DE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IMM.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F1B05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C7970" w14:textId="77777777" w:rsidR="00653B88" w:rsidRDefault="00653B88">
            <w:pPr>
              <w:jc w:val="center"/>
            </w:pPr>
          </w:p>
        </w:tc>
      </w:tr>
      <w:tr w:rsidR="00653B88" w14:paraId="5E5C34F6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E482A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31E3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A1AB5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F9AF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8263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IMM.</w:t>
            </w:r>
          </w:p>
        </w:tc>
        <w:tc>
          <w:tcPr>
            <w:tcW w:w="2592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F89F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D7F9C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54F34" w14:textId="77777777" w:rsidR="00653B88" w:rsidRDefault="00653B88">
            <w:pPr>
              <w:jc w:val="center"/>
            </w:pPr>
          </w:p>
        </w:tc>
      </w:tr>
      <w:tr w:rsidR="00980EF1" w14:paraId="2E63216B" w14:textId="77777777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8AE9E" w14:textId="77777777" w:rsidR="00980EF1" w:rsidRDefault="00980EF1"/>
        </w:tc>
      </w:tr>
      <w:tr w:rsidR="00653B88" w14:paraId="4E2F7D8D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5C1E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Venerdì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C0E4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BF04A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259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E198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IMM.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6374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41DA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FRANCESE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153C0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6C851" w14:textId="77777777" w:rsidR="00653B88" w:rsidRDefault="00653B88">
            <w:pPr>
              <w:jc w:val="center"/>
            </w:pPr>
          </w:p>
        </w:tc>
      </w:tr>
      <w:tr w:rsidR="00653B88" w14:paraId="07A77CCE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077EC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5493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68A77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2592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AB5A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FRANCESE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7608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F9A0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4B6D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ARTE1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63337" w14:textId="77777777" w:rsidR="00653B88" w:rsidRDefault="00653B88">
            <w:pPr>
              <w:jc w:val="center"/>
            </w:pPr>
          </w:p>
        </w:tc>
      </w:tr>
      <w:tr w:rsidR="00653B88" w14:paraId="4A6DEDD0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BAAAD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F7F6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729A5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584A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D8DE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FRANCESE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964A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66E8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ARTE1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BC694" w14:textId="77777777" w:rsidR="00653B88" w:rsidRDefault="00653B88">
            <w:pPr>
              <w:jc w:val="center"/>
            </w:pPr>
          </w:p>
        </w:tc>
      </w:tr>
      <w:tr w:rsidR="00653B88" w14:paraId="46BC3AFA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91A6D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7CDF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48A9E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690C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E44F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99E6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F0FB1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9C235" w14:textId="77777777" w:rsidR="00653B88" w:rsidRDefault="00653B88">
            <w:pPr>
              <w:jc w:val="center"/>
            </w:pPr>
          </w:p>
        </w:tc>
      </w:tr>
      <w:tr w:rsidR="00653B88" w14:paraId="16BE5100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F6CDA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FAD7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F09B3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3CC7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843D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FF2B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00FE9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F098D" w14:textId="77777777" w:rsidR="00653B88" w:rsidRDefault="00653B88">
            <w:pPr>
              <w:jc w:val="center"/>
            </w:pPr>
          </w:p>
        </w:tc>
      </w:tr>
      <w:tr w:rsidR="00653B88" w14:paraId="43C79FEE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61A42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A24B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FC9BC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B2D2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014A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5ECB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70757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16CCB" w14:textId="77777777" w:rsidR="00653B88" w:rsidRDefault="00653B88">
            <w:pPr>
              <w:jc w:val="center"/>
            </w:pPr>
          </w:p>
        </w:tc>
      </w:tr>
      <w:tr w:rsidR="00980EF1" w14:paraId="1E290755" w14:textId="77777777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F54C9" w14:textId="77777777" w:rsidR="00980EF1" w:rsidRDefault="00980EF1"/>
        </w:tc>
      </w:tr>
    </w:tbl>
    <w:p w14:paraId="37BA3092" w14:textId="77777777" w:rsidR="00AF41C3" w:rsidRDefault="00AF41C3" w:rsidP="00AF41C3">
      <w:pPr>
        <w:spacing w:before="80" w:after="40"/>
      </w:pPr>
      <w:r>
        <w:rPr>
          <w:rFonts w:ascii="Calibri" w:hAnsi="Calibri"/>
          <w:b/>
          <w:color w:val="505050"/>
          <w:sz w:val="18"/>
        </w:rPr>
        <w:t xml:space="preserve">PAUSA: Prima pausa Ore 10:00–10:10 | </w:t>
      </w:r>
      <w:proofErr w:type="spellStart"/>
      <w:r>
        <w:rPr>
          <w:rFonts w:ascii="Calibri" w:hAnsi="Calibri"/>
          <w:b/>
          <w:color w:val="505050"/>
          <w:sz w:val="18"/>
        </w:rPr>
        <w:t>Seconda</w:t>
      </w:r>
      <w:proofErr w:type="spellEnd"/>
      <w:r>
        <w:rPr>
          <w:rFonts w:ascii="Calibri" w:hAnsi="Calibri"/>
          <w:b/>
          <w:color w:val="505050"/>
          <w:sz w:val="18"/>
        </w:rPr>
        <w:t xml:space="preserve"> pausa Ore 12:00–12:10</w:t>
      </w:r>
    </w:p>
    <w:p w14:paraId="6DF485B9" w14:textId="77777777" w:rsidR="00653B88" w:rsidRDefault="009B713B">
      <w:pPr>
        <w:spacing w:after="240"/>
        <w:jc w:val="right"/>
      </w:pPr>
      <w:r>
        <w:rPr>
          <w:rFonts w:ascii="Calibri" w:hAnsi="Calibri"/>
          <w:i/>
          <w:sz w:val="18"/>
        </w:rPr>
        <w:t xml:space="preserve">La </w:t>
      </w:r>
      <w:proofErr w:type="spellStart"/>
      <w:r>
        <w:rPr>
          <w:rFonts w:ascii="Calibri" w:hAnsi="Calibri"/>
          <w:i/>
          <w:sz w:val="18"/>
        </w:rPr>
        <w:t>Dirigente</w:t>
      </w:r>
      <w:proofErr w:type="spellEnd"/>
      <w:r>
        <w:rPr>
          <w:rFonts w:ascii="Calibri" w:hAnsi="Calibri"/>
          <w:i/>
          <w:sz w:val="18"/>
        </w:rPr>
        <w:t xml:space="preserve"> </w:t>
      </w:r>
      <w:proofErr w:type="spellStart"/>
      <w:r>
        <w:rPr>
          <w:rFonts w:ascii="Calibri" w:hAnsi="Calibri"/>
          <w:i/>
          <w:sz w:val="18"/>
        </w:rPr>
        <w:t>Scolastica</w:t>
      </w:r>
      <w:proofErr w:type="spellEnd"/>
      <w:r>
        <w:rPr>
          <w:rFonts w:ascii="Calibri" w:hAnsi="Calibri"/>
          <w:i/>
          <w:sz w:val="18"/>
        </w:rPr>
        <w:br/>
      </w:r>
      <w:r>
        <w:rPr>
          <w:rFonts w:ascii="Calibri" w:hAnsi="Calibri"/>
          <w:b/>
          <w:sz w:val="20"/>
        </w:rPr>
        <w:t>Mirella PACIFICO</w:t>
      </w:r>
    </w:p>
    <w:p w14:paraId="1AECEB7F" w14:textId="0EE6690E" w:rsidR="00653B88" w:rsidRDefault="009B713B" w:rsidP="00406C04">
      <w:r>
        <w:br w:type="page"/>
      </w:r>
      <w:r>
        <w:rPr>
          <w:rFonts w:ascii="Calibri" w:hAnsi="Calibri"/>
          <w:b/>
          <w:color w:val="002060"/>
          <w:sz w:val="26"/>
        </w:rPr>
        <w:lastRenderedPageBreak/>
        <w:t>SCUOLA SECONDARIA DI 1° GRADO — CORSO B — PIETRAPAOLA</w:t>
      </w:r>
    </w:p>
    <w:tbl>
      <w:tblPr>
        <w:tblW w:w="0" w:type="auto"/>
        <w:jc w:val="center"/>
        <w:tblBorders>
          <w:top w:val="single" w:sz="6" w:space="0" w:color="D3D3D3"/>
          <w:left w:val="single" w:sz="6" w:space="0" w:color="D3D3D3"/>
          <w:bottom w:val="single" w:sz="12" w:space="0" w:color="002060"/>
          <w:right w:val="single" w:sz="6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720"/>
        <w:gridCol w:w="1584"/>
        <w:gridCol w:w="2592"/>
        <w:gridCol w:w="2592"/>
        <w:gridCol w:w="2592"/>
        <w:gridCol w:w="1872"/>
        <w:gridCol w:w="1584"/>
      </w:tblGrid>
      <w:tr w:rsidR="00653B88" w14:paraId="6241D996" w14:textId="77777777">
        <w:trPr>
          <w:jc w:val="center"/>
        </w:trPr>
        <w:tc>
          <w:tcPr>
            <w:tcW w:w="1584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E132E7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Giorno</w:t>
            </w:r>
          </w:p>
        </w:tc>
        <w:tc>
          <w:tcPr>
            <w:tcW w:w="720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EA887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Ora</w:t>
            </w:r>
          </w:p>
        </w:tc>
        <w:tc>
          <w:tcPr>
            <w:tcW w:w="1584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80F82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Orario</w:t>
            </w:r>
          </w:p>
        </w:tc>
        <w:tc>
          <w:tcPr>
            <w:tcW w:w="2592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EBD6E6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CLASSE PRIMA</w:t>
            </w:r>
          </w:p>
        </w:tc>
        <w:tc>
          <w:tcPr>
            <w:tcW w:w="2592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44124A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CLASSE SECONDA</w:t>
            </w:r>
          </w:p>
        </w:tc>
        <w:tc>
          <w:tcPr>
            <w:tcW w:w="2592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28268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CLASSE TERZA</w:t>
            </w:r>
          </w:p>
        </w:tc>
        <w:tc>
          <w:tcPr>
            <w:tcW w:w="1872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95C1A8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POTENZIAMENTO</w:t>
            </w:r>
          </w:p>
        </w:tc>
        <w:tc>
          <w:tcPr>
            <w:tcW w:w="1584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D71CFE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SOSTEGNO</w:t>
            </w:r>
          </w:p>
        </w:tc>
      </w:tr>
      <w:tr w:rsidR="00653B88" w14:paraId="4B08FA67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5355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Lunedì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B5ED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2F01E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292B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FF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2DB2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TEDESCO</w:t>
            </w:r>
          </w:p>
        </w:tc>
        <w:tc>
          <w:tcPr>
            <w:tcW w:w="259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D75B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IMM.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A3A42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9E026" w14:textId="77777777" w:rsidR="00653B88" w:rsidRDefault="00653B88">
            <w:pPr>
              <w:jc w:val="center"/>
            </w:pPr>
          </w:p>
        </w:tc>
      </w:tr>
      <w:tr w:rsidR="00653B88" w14:paraId="4E5EB5E6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B3123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8DEE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B75C5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1CF1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2C55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IMM.</w:t>
            </w:r>
          </w:p>
        </w:tc>
        <w:tc>
          <w:tcPr>
            <w:tcW w:w="2592" w:type="dxa"/>
            <w:shd w:val="clear" w:color="auto" w:fill="FF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8F9C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TEDESCO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37ECB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4055E" w14:textId="77777777" w:rsidR="00653B88" w:rsidRDefault="00653B88">
            <w:pPr>
              <w:jc w:val="center"/>
            </w:pPr>
          </w:p>
        </w:tc>
      </w:tr>
      <w:tr w:rsidR="00653B88" w14:paraId="578591D9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50EB9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2A4B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54A88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2592" w:type="dxa"/>
            <w:shd w:val="clear" w:color="auto" w:fill="FF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925A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TEDESCO</w:t>
            </w:r>
          </w:p>
        </w:tc>
        <w:tc>
          <w:tcPr>
            <w:tcW w:w="2592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5BD1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2592" w:type="dxa"/>
            <w:shd w:val="clear" w:color="auto" w:fill="E8E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35A1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STORIA</w:t>
            </w:r>
          </w:p>
        </w:tc>
        <w:tc>
          <w:tcPr>
            <w:tcW w:w="187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41C8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7C175" w14:textId="77777777" w:rsidR="00653B88" w:rsidRDefault="00653B88">
            <w:pPr>
              <w:jc w:val="center"/>
            </w:pPr>
          </w:p>
        </w:tc>
      </w:tr>
      <w:tr w:rsidR="00653B88" w14:paraId="59C40C12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924B3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1ABF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EDA68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2592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D79B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2075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15DF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F9FA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BD2D6" w14:textId="77777777" w:rsidR="00653B88" w:rsidRDefault="00653B88">
            <w:pPr>
              <w:jc w:val="center"/>
            </w:pPr>
          </w:p>
        </w:tc>
      </w:tr>
      <w:tr w:rsidR="00653B88" w14:paraId="2AA65D04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FEE72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B786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81F2D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2592" w:type="dxa"/>
            <w:shd w:val="clear" w:color="auto" w:fill="E8E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0EE1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STORIA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9F18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3522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187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3B66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MATEMATICA2/3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865CE" w14:textId="77777777" w:rsidR="00653B88" w:rsidRDefault="00653B88">
            <w:pPr>
              <w:jc w:val="center"/>
            </w:pPr>
          </w:p>
        </w:tc>
      </w:tr>
      <w:tr w:rsidR="00653B88" w14:paraId="333C151C" w14:textId="77777777">
        <w:trPr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B3061" w14:textId="77777777" w:rsidR="00653B88" w:rsidRDefault="00653B88"/>
        </w:tc>
        <w:tc>
          <w:tcPr>
            <w:tcW w:w="720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BCF7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37E24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2592" w:type="dxa"/>
            <w:tcBorders>
              <w:bottom w:val="single" w:sz="36" w:space="0" w:color="002060"/>
            </w:tcBorders>
            <w:shd w:val="clear" w:color="auto" w:fill="E8E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B30D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STORIA</w:t>
            </w:r>
          </w:p>
        </w:tc>
        <w:tc>
          <w:tcPr>
            <w:tcW w:w="2592" w:type="dxa"/>
            <w:tcBorders>
              <w:bottom w:val="single" w:sz="36" w:space="0" w:color="002060"/>
            </w:tcBorders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CF15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tcBorders>
              <w:bottom w:val="single" w:sz="36" w:space="0" w:color="002060"/>
            </w:tcBorders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32C2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1872" w:type="dxa"/>
            <w:tcBorders>
              <w:bottom w:val="single" w:sz="36" w:space="0" w:color="002060"/>
            </w:tcBorders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2ECE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</w:t>
            </w:r>
          </w:p>
        </w:tc>
        <w:tc>
          <w:tcPr>
            <w:tcW w:w="1584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72DFD" w14:textId="77777777" w:rsidR="00653B88" w:rsidRDefault="00653B88">
            <w:pPr>
              <w:jc w:val="center"/>
            </w:pPr>
          </w:p>
        </w:tc>
      </w:tr>
      <w:tr w:rsidR="00653B88" w14:paraId="2636E5F0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2909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Martedì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2AEC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7D6AB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337C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592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0EA4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9473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EE300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749CB" w14:textId="77777777" w:rsidR="00653B88" w:rsidRDefault="00653B88">
            <w:pPr>
              <w:jc w:val="center"/>
            </w:pPr>
          </w:p>
        </w:tc>
      </w:tr>
      <w:tr w:rsidR="00653B88" w14:paraId="7C0F9388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FDEF6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954B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4BA8B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2592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51ED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D0EB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AA95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F8297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1AABA" w14:textId="77777777" w:rsidR="00653B88" w:rsidRDefault="00653B88">
            <w:pPr>
              <w:jc w:val="center"/>
            </w:pPr>
          </w:p>
        </w:tc>
      </w:tr>
      <w:tr w:rsidR="00653B88" w14:paraId="6446BE25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BD33F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4080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5D7C8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2592" w:type="dxa"/>
            <w:shd w:val="clear" w:color="auto" w:fill="F2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3CD3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GEOGRAFIA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4160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EBDE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7FDD8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2006A" w14:textId="77777777" w:rsidR="00653B88" w:rsidRDefault="00653B88">
            <w:pPr>
              <w:jc w:val="center"/>
            </w:pPr>
          </w:p>
        </w:tc>
      </w:tr>
      <w:tr w:rsidR="00653B88" w14:paraId="2CAB4F8B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970E7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D112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6F634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2592" w:type="dxa"/>
            <w:shd w:val="clear" w:color="auto" w:fill="F5F5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0133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RELIGIONE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DF52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2C0A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54DD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MATEMATICA1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8DB8C" w14:textId="77777777" w:rsidR="00653B88" w:rsidRDefault="00653B88">
            <w:pPr>
              <w:jc w:val="center"/>
            </w:pPr>
          </w:p>
        </w:tc>
      </w:tr>
      <w:tr w:rsidR="00653B88" w14:paraId="4561B219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75E7D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0B6D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2BF8E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B6AA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747C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F5F5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8B51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RELIGIONE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733FB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1DFC0" w14:textId="77777777" w:rsidR="00653B88" w:rsidRDefault="00653B88">
            <w:pPr>
              <w:jc w:val="center"/>
            </w:pPr>
          </w:p>
        </w:tc>
      </w:tr>
      <w:tr w:rsidR="00653B88" w14:paraId="12CBB6D2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A51C2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F4FC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53A86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2F25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F5F5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8786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RELIGIONE</w:t>
            </w:r>
          </w:p>
        </w:tc>
        <w:tc>
          <w:tcPr>
            <w:tcW w:w="2592" w:type="dxa"/>
            <w:shd w:val="clear" w:color="auto" w:fill="E8E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0F8F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STORIA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BEFE0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E3D89" w14:textId="77777777" w:rsidR="00653B88" w:rsidRDefault="00653B88">
            <w:pPr>
              <w:jc w:val="center"/>
            </w:pPr>
          </w:p>
        </w:tc>
      </w:tr>
      <w:tr w:rsidR="00E133BA" w14:paraId="4F1C75EF" w14:textId="77777777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1481E" w14:textId="77777777" w:rsidR="00E133BA" w:rsidRDefault="00E133BA"/>
        </w:tc>
      </w:tr>
      <w:tr w:rsidR="00653B88" w14:paraId="105BCD01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5374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lastRenderedPageBreak/>
              <w:t>Mercoledì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6766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87467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6755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0C0A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CBBE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0C3CA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3EB70" w14:textId="77777777" w:rsidR="00653B88" w:rsidRDefault="00653B88">
            <w:pPr>
              <w:jc w:val="center"/>
            </w:pPr>
          </w:p>
        </w:tc>
      </w:tr>
      <w:tr w:rsidR="00653B88" w14:paraId="2F2035B8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46460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B758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81D1A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1215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82D7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41C3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A8353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D0D32" w14:textId="77777777" w:rsidR="00653B88" w:rsidRDefault="00653B88">
            <w:pPr>
              <w:jc w:val="center"/>
            </w:pPr>
          </w:p>
        </w:tc>
      </w:tr>
      <w:tr w:rsidR="00653B88" w14:paraId="418EAB2D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9A5AB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5521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ADBFB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5E95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4F76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3497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60C35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F2D03" w14:textId="77777777" w:rsidR="00653B88" w:rsidRDefault="00653B88">
            <w:pPr>
              <w:jc w:val="center"/>
            </w:pPr>
          </w:p>
        </w:tc>
      </w:tr>
      <w:tr w:rsidR="00653B88" w14:paraId="432452E8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9A415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87F1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05771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2592" w:type="dxa"/>
            <w:shd w:val="clear" w:color="auto" w:fill="E8E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76BD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STORIA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0A5C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5274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76796" w14:textId="77777777" w:rsidR="00EB6AFE" w:rsidRDefault="009B713B">
            <w:pPr>
              <w:jc w:val="center"/>
              <w:rPr>
                <w:rFonts w:ascii="Calibri" w:hAnsi="Calibri"/>
                <w:b/>
                <w:color w:val="141414"/>
                <w:sz w:val="17"/>
              </w:rPr>
            </w:pPr>
            <w:r>
              <w:rPr>
                <w:rFonts w:ascii="Calibri" w:hAnsi="Calibri"/>
                <w:b/>
                <w:color w:val="141414"/>
                <w:sz w:val="17"/>
              </w:rPr>
              <w:t xml:space="preserve">L2 </w:t>
            </w:r>
          </w:p>
          <w:p w14:paraId="5B21848C" w14:textId="14157C1F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TALIANO2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6C51A" w14:textId="77777777" w:rsidR="00653B88" w:rsidRDefault="00653B88">
            <w:pPr>
              <w:jc w:val="center"/>
            </w:pPr>
          </w:p>
        </w:tc>
      </w:tr>
      <w:tr w:rsidR="00653B88" w14:paraId="5BC12529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D6DAA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4F55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5CC20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4AB3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90A5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D74D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8CE9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AF26" w14:textId="77777777" w:rsidR="00653B88" w:rsidRDefault="00653B88">
            <w:pPr>
              <w:jc w:val="center"/>
            </w:pPr>
          </w:p>
        </w:tc>
      </w:tr>
      <w:tr w:rsidR="00653B88" w14:paraId="5F25C09A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B865D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E69E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1FE77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BE78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D3C9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B63C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1872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0604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95A9A" w14:textId="77777777" w:rsidR="00653B88" w:rsidRDefault="00653B88">
            <w:pPr>
              <w:jc w:val="center"/>
            </w:pPr>
          </w:p>
        </w:tc>
      </w:tr>
      <w:tr w:rsidR="00E133BA" w14:paraId="0164EE08" w14:textId="77777777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ABB1F" w14:textId="77777777" w:rsidR="00E133BA" w:rsidRDefault="00E133BA"/>
        </w:tc>
      </w:tr>
      <w:tr w:rsidR="00653B88" w14:paraId="4DD5601A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C5BA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Giovedì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42E9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B586A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2592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BB3A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73D3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592" w:type="dxa"/>
            <w:shd w:val="clear" w:color="auto" w:fill="FFEB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37DD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SC. MOTORIE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01A78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43440" w14:textId="77777777" w:rsidR="00653B88" w:rsidRDefault="00653B88">
            <w:pPr>
              <w:jc w:val="center"/>
            </w:pPr>
          </w:p>
        </w:tc>
      </w:tr>
      <w:tr w:rsidR="00653B88" w14:paraId="0941F2CC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4B205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E24D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8EADC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6B2B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592" w:type="dxa"/>
            <w:shd w:val="clear" w:color="auto" w:fill="FFEB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30A8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SC. MOTORIE</w:t>
            </w:r>
          </w:p>
        </w:tc>
        <w:tc>
          <w:tcPr>
            <w:tcW w:w="2592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85E3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28CFD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7A42C" w14:textId="77777777" w:rsidR="00653B88" w:rsidRDefault="00653B88">
            <w:pPr>
              <w:jc w:val="center"/>
            </w:pPr>
          </w:p>
        </w:tc>
      </w:tr>
      <w:tr w:rsidR="00653B88" w14:paraId="6C0C93F2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C222C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7D65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59D39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2592" w:type="dxa"/>
            <w:shd w:val="clear" w:color="auto" w:fill="FFEB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D453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SC. MOTORIE</w:t>
            </w:r>
          </w:p>
        </w:tc>
        <w:tc>
          <w:tcPr>
            <w:tcW w:w="2592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5EB1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9629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9323F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97579" w14:textId="77777777" w:rsidR="00653B88" w:rsidRDefault="00653B88">
            <w:pPr>
              <w:jc w:val="center"/>
            </w:pPr>
          </w:p>
        </w:tc>
      </w:tr>
      <w:tr w:rsidR="00653B88" w14:paraId="4F71E01C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4A7D2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6F55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EBA1D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259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6A42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IMM.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4602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9BF4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B5A4A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38067" w14:textId="77777777" w:rsidR="00653B88" w:rsidRDefault="00653B88">
            <w:pPr>
              <w:jc w:val="center"/>
            </w:pPr>
          </w:p>
        </w:tc>
      </w:tr>
      <w:tr w:rsidR="00653B88" w14:paraId="0A6166E8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F7334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3745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347BC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3C32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1759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83EC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E135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9CF45" w14:textId="77777777" w:rsidR="00653B88" w:rsidRDefault="00653B88">
            <w:pPr>
              <w:jc w:val="center"/>
            </w:pPr>
          </w:p>
        </w:tc>
      </w:tr>
      <w:tr w:rsidR="00653B88" w14:paraId="4CBECC68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587C7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6D1A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5F73E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2592" w:type="dxa"/>
            <w:shd w:val="clear" w:color="auto" w:fill="F2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ADDDE" w14:textId="2E6ED0A8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GEOGRAFIA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E470C" w14:textId="6C4780D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85015" w14:textId="0E26A0B5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5135E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4B98A" w14:textId="77777777" w:rsidR="00653B88" w:rsidRDefault="00653B88">
            <w:pPr>
              <w:jc w:val="center"/>
            </w:pPr>
          </w:p>
        </w:tc>
      </w:tr>
      <w:tr w:rsidR="00E133BA" w14:paraId="10286264" w14:textId="77777777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4937D" w14:textId="77777777" w:rsidR="00E133BA" w:rsidRDefault="00E133BA"/>
        </w:tc>
      </w:tr>
      <w:tr w:rsidR="00E133BA" w14:paraId="5E07D956" w14:textId="77777777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349BA" w14:textId="77777777" w:rsidR="00E133BA" w:rsidRDefault="00E133BA"/>
        </w:tc>
      </w:tr>
      <w:tr w:rsidR="00E133BA" w14:paraId="507EB6E2" w14:textId="77777777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98EB5" w14:textId="77777777" w:rsidR="00E133BA" w:rsidRDefault="00E133BA"/>
        </w:tc>
      </w:tr>
      <w:tr w:rsidR="00653B88" w14:paraId="36E9C17A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ADC7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Venerdì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864F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67096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9F2F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A208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FF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FBDF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TEDESCO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80A37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CDD7C" w14:textId="77777777" w:rsidR="00653B88" w:rsidRDefault="00653B88">
            <w:pPr>
              <w:jc w:val="center"/>
            </w:pPr>
          </w:p>
        </w:tc>
      </w:tr>
      <w:tr w:rsidR="00653B88" w14:paraId="0D53235F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04095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A771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844FD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B734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FF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15A2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TEDESCO</w:t>
            </w:r>
          </w:p>
        </w:tc>
        <w:tc>
          <w:tcPr>
            <w:tcW w:w="2592" w:type="dxa"/>
            <w:shd w:val="clear" w:color="auto" w:fill="E8E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D812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STORIA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1C62F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CD84F" w14:textId="77777777" w:rsidR="00653B88" w:rsidRDefault="00653B88">
            <w:pPr>
              <w:jc w:val="center"/>
            </w:pPr>
          </w:p>
        </w:tc>
      </w:tr>
      <w:tr w:rsidR="00653B88" w14:paraId="48474375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0B0BA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8B8C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5384F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2592" w:type="dxa"/>
            <w:shd w:val="clear" w:color="auto" w:fill="FF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DE0E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TEDESCO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9CC3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C532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E5AE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ITALIANO3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22D0E" w14:textId="77777777" w:rsidR="00653B88" w:rsidRDefault="00653B88">
            <w:pPr>
              <w:jc w:val="center"/>
            </w:pPr>
          </w:p>
        </w:tc>
      </w:tr>
      <w:tr w:rsidR="00653B88" w14:paraId="73ECDDAD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C361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B654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A7851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6957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1C2F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230F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C368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MATEMATICA2/3</w:t>
            </w: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50D52" w14:textId="77777777" w:rsidR="00653B88" w:rsidRDefault="00653B88">
            <w:pPr>
              <w:jc w:val="center"/>
            </w:pPr>
          </w:p>
        </w:tc>
      </w:tr>
      <w:tr w:rsidR="00653B88" w14:paraId="12EAD653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11C59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96EC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AB596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4FC4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031B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15E8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346EA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466DC" w14:textId="77777777" w:rsidR="00653B88" w:rsidRDefault="00653B88">
            <w:pPr>
              <w:jc w:val="center"/>
            </w:pPr>
          </w:p>
        </w:tc>
      </w:tr>
      <w:tr w:rsidR="00653B88" w14:paraId="141BBAFE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CDDCE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615C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D78DD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27167" w14:textId="7B6D8588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56252" w14:textId="33A89A55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MATEMATICA</w:t>
            </w:r>
          </w:p>
        </w:tc>
        <w:tc>
          <w:tcPr>
            <w:tcW w:w="259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9BED3" w14:textId="66358651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ITALIANO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A9918" w14:textId="77777777" w:rsidR="00653B88" w:rsidRDefault="00653B88">
            <w:pPr>
              <w:jc w:val="center"/>
            </w:pPr>
          </w:p>
        </w:tc>
        <w:tc>
          <w:tcPr>
            <w:tcW w:w="1584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FEB88" w14:textId="77777777" w:rsidR="00653B88" w:rsidRDefault="00653B88">
            <w:pPr>
              <w:jc w:val="center"/>
            </w:pPr>
          </w:p>
        </w:tc>
      </w:tr>
      <w:tr w:rsidR="00E133BA" w14:paraId="64DB52E7" w14:textId="77777777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15C0C" w14:textId="77777777" w:rsidR="00E133BA" w:rsidRDefault="00E133BA"/>
        </w:tc>
      </w:tr>
      <w:tr w:rsidR="00E133BA" w14:paraId="7DE7A3B1" w14:textId="77777777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85DEE" w14:textId="77777777" w:rsidR="00E133BA" w:rsidRDefault="00E133BA"/>
        </w:tc>
      </w:tr>
      <w:tr w:rsidR="00E133BA" w14:paraId="3C95E41B" w14:textId="77777777">
        <w:trPr>
          <w:gridAfter w:val="7"/>
          <w:wAfter w:w="13536" w:type="dxa"/>
          <w:trHeight w:val="497"/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FAA66" w14:textId="77777777" w:rsidR="00E133BA" w:rsidRDefault="00E133BA"/>
        </w:tc>
      </w:tr>
    </w:tbl>
    <w:p w14:paraId="1432D7DC" w14:textId="77777777" w:rsidR="00AF41C3" w:rsidRDefault="00AF41C3" w:rsidP="00AF41C3">
      <w:pPr>
        <w:spacing w:before="80" w:after="40"/>
      </w:pPr>
      <w:r>
        <w:rPr>
          <w:rFonts w:ascii="Calibri" w:hAnsi="Calibri"/>
          <w:b/>
          <w:color w:val="505050"/>
          <w:sz w:val="18"/>
        </w:rPr>
        <w:t xml:space="preserve">PAUSA: Prima pausa Ore 10:00–10:10 | </w:t>
      </w:r>
      <w:proofErr w:type="spellStart"/>
      <w:r>
        <w:rPr>
          <w:rFonts w:ascii="Calibri" w:hAnsi="Calibri"/>
          <w:b/>
          <w:color w:val="505050"/>
          <w:sz w:val="18"/>
        </w:rPr>
        <w:t>Seconda</w:t>
      </w:r>
      <w:proofErr w:type="spellEnd"/>
      <w:r>
        <w:rPr>
          <w:rFonts w:ascii="Calibri" w:hAnsi="Calibri"/>
          <w:b/>
          <w:color w:val="505050"/>
          <w:sz w:val="18"/>
        </w:rPr>
        <w:t xml:space="preserve"> pausa Ore 12:00–12:10</w:t>
      </w:r>
    </w:p>
    <w:p w14:paraId="4B5BCF2E" w14:textId="77777777" w:rsidR="00653B88" w:rsidRDefault="009B713B">
      <w:pPr>
        <w:spacing w:after="240"/>
        <w:jc w:val="right"/>
      </w:pPr>
      <w:r>
        <w:rPr>
          <w:rFonts w:ascii="Calibri" w:hAnsi="Calibri"/>
          <w:i/>
          <w:sz w:val="18"/>
        </w:rPr>
        <w:t xml:space="preserve">La </w:t>
      </w:r>
      <w:proofErr w:type="spellStart"/>
      <w:r>
        <w:rPr>
          <w:rFonts w:ascii="Calibri" w:hAnsi="Calibri"/>
          <w:i/>
          <w:sz w:val="18"/>
        </w:rPr>
        <w:t>Dirigente</w:t>
      </w:r>
      <w:proofErr w:type="spellEnd"/>
      <w:r>
        <w:rPr>
          <w:rFonts w:ascii="Calibri" w:hAnsi="Calibri"/>
          <w:i/>
          <w:sz w:val="18"/>
        </w:rPr>
        <w:t xml:space="preserve"> </w:t>
      </w:r>
      <w:proofErr w:type="spellStart"/>
      <w:r>
        <w:rPr>
          <w:rFonts w:ascii="Calibri" w:hAnsi="Calibri"/>
          <w:i/>
          <w:sz w:val="18"/>
        </w:rPr>
        <w:t>Scolastica</w:t>
      </w:r>
      <w:proofErr w:type="spellEnd"/>
      <w:r>
        <w:rPr>
          <w:rFonts w:ascii="Calibri" w:hAnsi="Calibri"/>
          <w:i/>
          <w:sz w:val="18"/>
        </w:rPr>
        <w:br/>
      </w:r>
      <w:r>
        <w:rPr>
          <w:rFonts w:ascii="Calibri" w:hAnsi="Calibri"/>
          <w:b/>
          <w:sz w:val="20"/>
        </w:rPr>
        <w:t>Mirella PACIFICO</w:t>
      </w:r>
    </w:p>
    <w:p w14:paraId="1C27FA18" w14:textId="77777777" w:rsidR="00653B88" w:rsidRDefault="009B713B">
      <w:r>
        <w:br w:type="page"/>
      </w:r>
    </w:p>
    <w:p w14:paraId="44B23127" w14:textId="77777777" w:rsidR="00653B88" w:rsidRDefault="009B713B">
      <w:pPr>
        <w:spacing w:before="280" w:after="80"/>
      </w:pPr>
      <w:r>
        <w:rPr>
          <w:rFonts w:ascii="Calibri" w:hAnsi="Calibri"/>
          <w:b/>
          <w:color w:val="002060"/>
          <w:sz w:val="26"/>
        </w:rPr>
        <w:lastRenderedPageBreak/>
        <w:t>SCUOLA SECONDARIA DI 1° GRADO — CORSO C — CALOPEZZATI</w:t>
      </w:r>
    </w:p>
    <w:tbl>
      <w:tblPr>
        <w:tblW w:w="0" w:type="auto"/>
        <w:jc w:val="center"/>
        <w:tblBorders>
          <w:top w:val="single" w:sz="6" w:space="0" w:color="D3D3D3"/>
          <w:left w:val="single" w:sz="6" w:space="0" w:color="D3D3D3"/>
          <w:bottom w:val="single" w:sz="12" w:space="0" w:color="002060"/>
          <w:right w:val="single" w:sz="6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720"/>
        <w:gridCol w:w="1584"/>
        <w:gridCol w:w="3600"/>
        <w:gridCol w:w="3600"/>
        <w:gridCol w:w="2160"/>
        <w:gridCol w:w="1872"/>
      </w:tblGrid>
      <w:tr w:rsidR="00653B88" w14:paraId="5C2A26C8" w14:textId="77777777">
        <w:trPr>
          <w:jc w:val="center"/>
        </w:trPr>
        <w:tc>
          <w:tcPr>
            <w:tcW w:w="1584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14751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Giorno</w:t>
            </w:r>
          </w:p>
        </w:tc>
        <w:tc>
          <w:tcPr>
            <w:tcW w:w="720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2DDD27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Ora</w:t>
            </w:r>
          </w:p>
        </w:tc>
        <w:tc>
          <w:tcPr>
            <w:tcW w:w="1584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E025E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Orario</w:t>
            </w:r>
          </w:p>
        </w:tc>
        <w:tc>
          <w:tcPr>
            <w:tcW w:w="3600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C1A02E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CLASSE PRIMA-SECONDA</w:t>
            </w:r>
          </w:p>
        </w:tc>
        <w:tc>
          <w:tcPr>
            <w:tcW w:w="3600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ED38E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CLASSE TERZA</w:t>
            </w:r>
          </w:p>
        </w:tc>
        <w:tc>
          <w:tcPr>
            <w:tcW w:w="2160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AD7EC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POTENZIAMENTO</w:t>
            </w:r>
          </w:p>
        </w:tc>
        <w:tc>
          <w:tcPr>
            <w:tcW w:w="1872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E5E90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SOSTEGNO</w:t>
            </w:r>
          </w:p>
        </w:tc>
      </w:tr>
      <w:tr w:rsidR="00653B88" w14:paraId="2575D5C1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EB40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Lunedì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E380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9490D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3600" w:type="dxa"/>
            <w:shd w:val="clear" w:color="auto" w:fill="F2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45B0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GEOGRAFIA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402B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8052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ACCF6" w14:textId="77777777" w:rsidR="00653B88" w:rsidRDefault="00653B88">
            <w:pPr>
              <w:jc w:val="center"/>
            </w:pPr>
          </w:p>
        </w:tc>
      </w:tr>
      <w:tr w:rsidR="00653B88" w14:paraId="65EB5866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62588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A92C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D6A88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3600" w:type="dxa"/>
            <w:shd w:val="clear" w:color="auto" w:fill="F2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CAAA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GEOGRAFIA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C0BA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7119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B3349" w14:textId="77777777" w:rsidR="00653B88" w:rsidRDefault="00653B88">
            <w:pPr>
              <w:jc w:val="center"/>
            </w:pPr>
          </w:p>
        </w:tc>
      </w:tr>
      <w:tr w:rsidR="00653B88" w14:paraId="72C6F047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B3BF1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73BD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F2575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360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CD37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A686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348C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ABCB9" w14:textId="77777777" w:rsidR="00653B88" w:rsidRDefault="00653B88">
            <w:pPr>
              <w:jc w:val="center"/>
            </w:pPr>
          </w:p>
        </w:tc>
      </w:tr>
      <w:tr w:rsidR="00653B88" w14:paraId="59334F35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CC349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CAC2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50578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FBA8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360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31F5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607B9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32A1D" w14:textId="77777777" w:rsidR="00653B88" w:rsidRDefault="00653B88">
            <w:pPr>
              <w:jc w:val="center"/>
            </w:pPr>
          </w:p>
        </w:tc>
      </w:tr>
      <w:tr w:rsidR="00653B88" w14:paraId="52FD98F2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298B2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8A27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E1CE7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7AA0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3600" w:type="dxa"/>
            <w:shd w:val="clear" w:color="auto" w:fill="FFEB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3904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SCIENZE MOTORIE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31903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34F7F" w14:textId="77777777" w:rsidR="00653B88" w:rsidRDefault="00653B88">
            <w:pPr>
              <w:jc w:val="center"/>
            </w:pPr>
          </w:p>
        </w:tc>
      </w:tr>
      <w:tr w:rsidR="00653B88" w14:paraId="315DF8F0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165A3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5035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F0F3B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3600" w:type="dxa"/>
            <w:shd w:val="clear" w:color="auto" w:fill="FFEB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81B5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SCIENZE MOTORIE</w:t>
            </w:r>
          </w:p>
        </w:tc>
        <w:tc>
          <w:tcPr>
            <w:tcW w:w="3600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E527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F7CD8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558D6" w14:textId="77777777" w:rsidR="00653B88" w:rsidRDefault="00653B88">
            <w:pPr>
              <w:jc w:val="center"/>
            </w:pPr>
          </w:p>
        </w:tc>
      </w:tr>
      <w:tr w:rsidR="00A74E3C" w14:paraId="0C21F754" w14:textId="77777777">
        <w:trPr>
          <w:gridAfter w:val="6"/>
          <w:wAfter w:w="13536" w:type="dxa"/>
          <w:trHeight w:val="497"/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3D7F1" w14:textId="77777777" w:rsidR="00A74E3C" w:rsidRDefault="00A74E3C"/>
        </w:tc>
      </w:tr>
      <w:tr w:rsidR="00653B88" w14:paraId="31CC4AB5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A103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Martedì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D828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609E7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3600" w:type="dxa"/>
            <w:shd w:val="clear" w:color="auto" w:fill="F5F5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6C2F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RELIGIONE</w:t>
            </w:r>
          </w:p>
        </w:tc>
        <w:tc>
          <w:tcPr>
            <w:tcW w:w="3600" w:type="dxa"/>
            <w:shd w:val="clear" w:color="auto" w:fill="FF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2C56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TEDESCO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C501E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A7C38" w14:textId="77777777" w:rsidR="00653B88" w:rsidRDefault="00653B88">
            <w:pPr>
              <w:jc w:val="center"/>
            </w:pPr>
          </w:p>
        </w:tc>
      </w:tr>
      <w:tr w:rsidR="00653B88" w14:paraId="3244C676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ADDD8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D640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297F0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3600" w:type="dxa"/>
            <w:shd w:val="clear" w:color="auto" w:fill="FF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BABA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TEDESCO</w:t>
            </w:r>
          </w:p>
        </w:tc>
        <w:tc>
          <w:tcPr>
            <w:tcW w:w="3600" w:type="dxa"/>
            <w:shd w:val="clear" w:color="auto" w:fill="F5F5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4FAD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RELIGIONE</w:t>
            </w:r>
          </w:p>
        </w:tc>
        <w:tc>
          <w:tcPr>
            <w:tcW w:w="216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8B7F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75E98" w14:textId="77777777" w:rsidR="00653B88" w:rsidRDefault="00653B88">
            <w:pPr>
              <w:jc w:val="center"/>
            </w:pPr>
          </w:p>
        </w:tc>
      </w:tr>
      <w:tr w:rsidR="00653B88" w14:paraId="321D4268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E5D29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89B8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35546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B1FF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72AA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BA79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A7AFE" w14:textId="77777777" w:rsidR="00653B88" w:rsidRDefault="00653B88">
            <w:pPr>
              <w:jc w:val="center"/>
            </w:pPr>
          </w:p>
        </w:tc>
      </w:tr>
      <w:tr w:rsidR="00653B88" w14:paraId="04B671AF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96B58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7E77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76133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8B85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5DBF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5840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7CC53" w14:textId="77777777" w:rsidR="00653B88" w:rsidRDefault="00653B88">
            <w:pPr>
              <w:jc w:val="center"/>
            </w:pPr>
          </w:p>
        </w:tc>
      </w:tr>
      <w:tr w:rsidR="00653B88" w14:paraId="37461569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3FEC5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1AE3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68931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3600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A02A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3AE8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C764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0CFC" w14:textId="77777777" w:rsidR="00653B88" w:rsidRDefault="00653B88">
            <w:pPr>
              <w:jc w:val="center"/>
            </w:pPr>
          </w:p>
        </w:tc>
      </w:tr>
      <w:tr w:rsidR="00653B88" w14:paraId="554B605D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02C59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2059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D0843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2B1C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3600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BFFE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5397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AE120" w14:textId="77777777" w:rsidR="00653B88" w:rsidRDefault="00653B88">
            <w:pPr>
              <w:jc w:val="center"/>
            </w:pPr>
          </w:p>
        </w:tc>
      </w:tr>
      <w:tr w:rsidR="00A74E3C" w14:paraId="27BDF6ED" w14:textId="77777777">
        <w:trPr>
          <w:gridAfter w:val="6"/>
          <w:wAfter w:w="13536" w:type="dxa"/>
          <w:trHeight w:val="497"/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CC486" w14:textId="77777777" w:rsidR="00A74E3C" w:rsidRDefault="00A74E3C"/>
        </w:tc>
      </w:tr>
      <w:tr w:rsidR="00653B88" w14:paraId="05940DE1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6B37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Mercoledì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FE67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98EAA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3005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23D0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B89B5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EDAFE" w14:textId="77777777" w:rsidR="00653B88" w:rsidRDefault="00653B88">
            <w:pPr>
              <w:jc w:val="center"/>
            </w:pPr>
          </w:p>
        </w:tc>
      </w:tr>
      <w:tr w:rsidR="00653B88" w14:paraId="1C0B5D3A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52EC8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0716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BE9A4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F154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F9FA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BB9BA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11766" w14:textId="77777777" w:rsidR="00653B88" w:rsidRDefault="00653B88">
            <w:pPr>
              <w:jc w:val="center"/>
            </w:pPr>
          </w:p>
        </w:tc>
      </w:tr>
      <w:tr w:rsidR="00653B88" w14:paraId="050F3D08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4443F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B29D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13CEE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B3AD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E50A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8259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75B1C" w14:textId="77777777" w:rsidR="00653B88" w:rsidRDefault="00653B88">
            <w:pPr>
              <w:jc w:val="center"/>
            </w:pPr>
          </w:p>
        </w:tc>
      </w:tr>
      <w:tr w:rsidR="00653B88" w14:paraId="22C81EEE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51920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1A37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8C09A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1D2E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3A9D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6E44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190AD" w14:textId="77777777" w:rsidR="00653B88" w:rsidRDefault="00653B88">
            <w:pPr>
              <w:jc w:val="center"/>
            </w:pPr>
          </w:p>
        </w:tc>
      </w:tr>
      <w:tr w:rsidR="00653B88" w14:paraId="148689C8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76161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FCD0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9A36B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360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F0ED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IMMAGINE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95F8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320A1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77EC1" w14:textId="77777777" w:rsidR="00653B88" w:rsidRDefault="00653B88">
            <w:pPr>
              <w:jc w:val="center"/>
            </w:pPr>
          </w:p>
        </w:tc>
      </w:tr>
      <w:tr w:rsidR="00653B88" w14:paraId="54AD781C" w14:textId="77777777">
        <w:trPr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08511" w14:textId="77777777" w:rsidR="00653B88" w:rsidRDefault="00653B88"/>
        </w:tc>
        <w:tc>
          <w:tcPr>
            <w:tcW w:w="720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D949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B817C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3600" w:type="dxa"/>
            <w:tcBorders>
              <w:bottom w:val="single" w:sz="36" w:space="0" w:color="002060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3574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3600" w:type="dxa"/>
            <w:tcBorders>
              <w:bottom w:val="single" w:sz="36" w:space="0" w:color="002060"/>
            </w:tcBorders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8017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IMMAGINE</w:t>
            </w:r>
          </w:p>
        </w:tc>
        <w:tc>
          <w:tcPr>
            <w:tcW w:w="2160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D987D" w14:textId="77777777" w:rsidR="00653B88" w:rsidRDefault="00653B88">
            <w:pPr>
              <w:jc w:val="center"/>
            </w:pPr>
          </w:p>
        </w:tc>
        <w:tc>
          <w:tcPr>
            <w:tcW w:w="1872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FADDB" w14:textId="77777777" w:rsidR="00653B88" w:rsidRDefault="00653B88">
            <w:pPr>
              <w:jc w:val="center"/>
            </w:pPr>
          </w:p>
        </w:tc>
      </w:tr>
      <w:tr w:rsidR="00653B88" w14:paraId="5CD3E1BA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5A3F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Giovedì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EF8E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F2056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3600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8777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360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B92C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IMMAGINE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ABCE1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CBC62" w14:textId="77777777" w:rsidR="00653B88" w:rsidRDefault="00653B88">
            <w:pPr>
              <w:jc w:val="center"/>
            </w:pPr>
          </w:p>
        </w:tc>
      </w:tr>
      <w:tr w:rsidR="00653B88" w14:paraId="0D73DF8A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78C83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665A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7100F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360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FFF7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IMMAGINE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8675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1A97C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FBFF5" w14:textId="77777777" w:rsidR="00653B88" w:rsidRDefault="00653B88">
            <w:pPr>
              <w:jc w:val="center"/>
            </w:pPr>
          </w:p>
        </w:tc>
      </w:tr>
      <w:tr w:rsidR="00653B88" w14:paraId="5D761C0E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37A30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3611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0D7DE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64D0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6805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5EE7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AC7F7" w14:textId="77777777" w:rsidR="00653B88" w:rsidRDefault="00653B88">
            <w:pPr>
              <w:jc w:val="center"/>
            </w:pPr>
          </w:p>
        </w:tc>
      </w:tr>
      <w:tr w:rsidR="00653B88" w14:paraId="4BBD9015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F3050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D1DC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BC498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1AD4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116C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444B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CC13A" w14:textId="77777777" w:rsidR="00653B88" w:rsidRDefault="00653B88">
            <w:pPr>
              <w:jc w:val="center"/>
            </w:pPr>
          </w:p>
        </w:tc>
      </w:tr>
      <w:tr w:rsidR="00653B88" w14:paraId="6999823F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D5071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3DE9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EEAAC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D9B9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360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6677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C0CE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70CF9" w14:textId="77777777" w:rsidR="00653B88" w:rsidRDefault="00653B88">
            <w:pPr>
              <w:jc w:val="center"/>
            </w:pPr>
          </w:p>
        </w:tc>
      </w:tr>
      <w:tr w:rsidR="00653B88" w14:paraId="21BBE124" w14:textId="77777777">
        <w:trPr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6AA44" w14:textId="77777777" w:rsidR="00653B88" w:rsidRDefault="00653B88"/>
        </w:tc>
        <w:tc>
          <w:tcPr>
            <w:tcW w:w="720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EC47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35022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3600" w:type="dxa"/>
            <w:tcBorders>
              <w:bottom w:val="single" w:sz="36" w:space="0" w:color="002060"/>
            </w:tcBorders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618D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3600" w:type="dxa"/>
            <w:tcBorders>
              <w:bottom w:val="single" w:sz="36" w:space="0" w:color="002060"/>
            </w:tcBorders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2FC6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160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A5D54" w14:textId="77777777" w:rsidR="00653B88" w:rsidRDefault="00653B88">
            <w:pPr>
              <w:jc w:val="center"/>
            </w:pPr>
          </w:p>
        </w:tc>
        <w:tc>
          <w:tcPr>
            <w:tcW w:w="1872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B2BCA" w14:textId="77777777" w:rsidR="00653B88" w:rsidRDefault="00653B88">
            <w:pPr>
              <w:jc w:val="center"/>
            </w:pPr>
          </w:p>
        </w:tc>
      </w:tr>
      <w:tr w:rsidR="00653B88" w14:paraId="7141DA3D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8E61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Venerdì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0BDA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97934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B943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3600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0B62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9B3C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330BE" w14:textId="77777777" w:rsidR="00653B88" w:rsidRDefault="00653B88">
            <w:pPr>
              <w:jc w:val="center"/>
            </w:pPr>
          </w:p>
        </w:tc>
      </w:tr>
      <w:tr w:rsidR="00653B88" w14:paraId="1E02476A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E41B0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AA33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4BAF1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4855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3600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C59F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4EA4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D1F9C" w14:textId="77777777" w:rsidR="00653B88" w:rsidRDefault="00653B88">
            <w:pPr>
              <w:jc w:val="center"/>
            </w:pPr>
          </w:p>
        </w:tc>
      </w:tr>
      <w:tr w:rsidR="00653B88" w14:paraId="2F7329AE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A79A3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362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010F3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3600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7018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2B4A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8E98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45DE7" w14:textId="77777777" w:rsidR="00653B88" w:rsidRDefault="00653B88">
            <w:pPr>
              <w:jc w:val="center"/>
            </w:pPr>
          </w:p>
        </w:tc>
      </w:tr>
      <w:tr w:rsidR="00653B88" w14:paraId="6C84617F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2CBFA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838D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A9103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3600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9FD4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3600" w:type="dxa"/>
            <w:shd w:val="clear" w:color="auto" w:fill="FFEB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74B5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SCIENZE MOTORIE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11BE6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8063E" w14:textId="77777777" w:rsidR="00653B88" w:rsidRDefault="00653B88">
            <w:pPr>
              <w:jc w:val="center"/>
            </w:pPr>
          </w:p>
        </w:tc>
      </w:tr>
      <w:tr w:rsidR="00653B88" w14:paraId="2C0BF767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D3169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D4EC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31224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3600" w:type="dxa"/>
            <w:shd w:val="clear" w:color="auto" w:fill="FFEB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BA24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SCIENZE MOTORIE</w:t>
            </w:r>
          </w:p>
        </w:tc>
        <w:tc>
          <w:tcPr>
            <w:tcW w:w="3600" w:type="dxa"/>
            <w:shd w:val="clear" w:color="auto" w:fill="FF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C8AC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TEDESCO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4D51A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013FE" w14:textId="77777777" w:rsidR="00653B88" w:rsidRDefault="00653B88">
            <w:pPr>
              <w:jc w:val="center"/>
            </w:pPr>
          </w:p>
        </w:tc>
      </w:tr>
      <w:tr w:rsidR="00653B88" w14:paraId="5FB3DC3E" w14:textId="77777777">
        <w:trPr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EF51F" w14:textId="77777777" w:rsidR="00653B88" w:rsidRDefault="00653B88"/>
        </w:tc>
        <w:tc>
          <w:tcPr>
            <w:tcW w:w="720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E83C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210C8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3600" w:type="dxa"/>
            <w:tcBorders>
              <w:bottom w:val="single" w:sz="36" w:space="0" w:color="002060"/>
            </w:tcBorders>
            <w:shd w:val="clear" w:color="auto" w:fill="FF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A97E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TEDESCO</w:t>
            </w:r>
          </w:p>
        </w:tc>
        <w:tc>
          <w:tcPr>
            <w:tcW w:w="3600" w:type="dxa"/>
            <w:tcBorders>
              <w:bottom w:val="single" w:sz="36" w:space="0" w:color="002060"/>
            </w:tcBorders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3660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2160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E9316" w14:textId="77777777" w:rsidR="00653B88" w:rsidRDefault="00653B88">
            <w:pPr>
              <w:jc w:val="center"/>
            </w:pPr>
          </w:p>
        </w:tc>
        <w:tc>
          <w:tcPr>
            <w:tcW w:w="1872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D535D" w14:textId="77777777" w:rsidR="00653B88" w:rsidRDefault="00653B88">
            <w:pPr>
              <w:jc w:val="center"/>
            </w:pPr>
          </w:p>
        </w:tc>
      </w:tr>
    </w:tbl>
    <w:p w14:paraId="12152A7A" w14:textId="77777777" w:rsidR="00653B88" w:rsidRDefault="009B713B">
      <w:pPr>
        <w:spacing w:before="80" w:after="40"/>
      </w:pPr>
      <w:r>
        <w:rPr>
          <w:rFonts w:ascii="Calibri" w:hAnsi="Calibri"/>
          <w:b/>
          <w:color w:val="505050"/>
          <w:sz w:val="18"/>
        </w:rPr>
        <w:t>PAUSA: Prima pausa Ore 10:00–10:10 | Seconda pausa Ore 12:00–12:10</w:t>
      </w:r>
    </w:p>
    <w:p w14:paraId="510B5459" w14:textId="77777777" w:rsidR="00653B88" w:rsidRDefault="009B713B">
      <w:pPr>
        <w:spacing w:after="240"/>
        <w:jc w:val="right"/>
      </w:pPr>
      <w:r>
        <w:rPr>
          <w:rFonts w:ascii="Calibri" w:hAnsi="Calibri"/>
          <w:i/>
          <w:sz w:val="18"/>
        </w:rPr>
        <w:t>La Dirigente Scolastica</w:t>
      </w:r>
      <w:r>
        <w:rPr>
          <w:rFonts w:ascii="Calibri" w:hAnsi="Calibri"/>
          <w:i/>
          <w:sz w:val="18"/>
        </w:rPr>
        <w:br/>
      </w:r>
      <w:r>
        <w:rPr>
          <w:rFonts w:ascii="Calibri" w:hAnsi="Calibri"/>
          <w:b/>
          <w:sz w:val="20"/>
        </w:rPr>
        <w:t>Mirella PACIFICO</w:t>
      </w:r>
    </w:p>
    <w:p w14:paraId="3AAFC5DB" w14:textId="77777777" w:rsidR="00653B88" w:rsidRDefault="009B713B">
      <w:r>
        <w:br w:type="page"/>
      </w:r>
    </w:p>
    <w:p w14:paraId="04462F24" w14:textId="77777777" w:rsidR="00653B88" w:rsidRDefault="009B713B">
      <w:pPr>
        <w:spacing w:before="280" w:after="80"/>
      </w:pPr>
      <w:r>
        <w:rPr>
          <w:rFonts w:ascii="Calibri" w:hAnsi="Calibri"/>
          <w:b/>
          <w:color w:val="002060"/>
          <w:sz w:val="26"/>
        </w:rPr>
        <w:lastRenderedPageBreak/>
        <w:t>SCUOLA SECONDARIA DI 1° GRADO — CORSO D — CAMPANA</w:t>
      </w:r>
    </w:p>
    <w:tbl>
      <w:tblPr>
        <w:tblW w:w="0" w:type="auto"/>
        <w:jc w:val="center"/>
        <w:tblBorders>
          <w:top w:val="single" w:sz="6" w:space="0" w:color="D3D3D3"/>
          <w:left w:val="single" w:sz="6" w:space="0" w:color="D3D3D3"/>
          <w:bottom w:val="single" w:sz="12" w:space="0" w:color="002060"/>
          <w:right w:val="single" w:sz="6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720"/>
        <w:gridCol w:w="1584"/>
        <w:gridCol w:w="3600"/>
        <w:gridCol w:w="3600"/>
        <w:gridCol w:w="2160"/>
        <w:gridCol w:w="1872"/>
      </w:tblGrid>
      <w:tr w:rsidR="00653B88" w14:paraId="6267EE5B" w14:textId="77777777">
        <w:trPr>
          <w:jc w:val="center"/>
        </w:trPr>
        <w:tc>
          <w:tcPr>
            <w:tcW w:w="1584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8B1D9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Giorno</w:t>
            </w:r>
          </w:p>
        </w:tc>
        <w:tc>
          <w:tcPr>
            <w:tcW w:w="720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AFC105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Ora</w:t>
            </w:r>
          </w:p>
        </w:tc>
        <w:tc>
          <w:tcPr>
            <w:tcW w:w="1584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0AA5B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Orario</w:t>
            </w:r>
          </w:p>
        </w:tc>
        <w:tc>
          <w:tcPr>
            <w:tcW w:w="3600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A83BFA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CLASSE PRIMA-TERZA</w:t>
            </w:r>
          </w:p>
        </w:tc>
        <w:tc>
          <w:tcPr>
            <w:tcW w:w="3600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B5C84F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CLASSE SECONDA</w:t>
            </w:r>
          </w:p>
        </w:tc>
        <w:tc>
          <w:tcPr>
            <w:tcW w:w="2160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66F2D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POTENZIAMENTO</w:t>
            </w:r>
          </w:p>
        </w:tc>
        <w:tc>
          <w:tcPr>
            <w:tcW w:w="1872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800C6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SOSTEGNO</w:t>
            </w:r>
          </w:p>
        </w:tc>
      </w:tr>
      <w:tr w:rsidR="00653B88" w14:paraId="481211CD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0025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Lunedì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6589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146EF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3600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B33F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360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4545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IMM.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4FC8E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990BA" w14:textId="77777777" w:rsidR="00653B88" w:rsidRDefault="00653B88">
            <w:pPr>
              <w:jc w:val="center"/>
            </w:pPr>
          </w:p>
        </w:tc>
      </w:tr>
      <w:tr w:rsidR="00653B88" w14:paraId="66E4D376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1C454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5C91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F896F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360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8559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IMM.</w:t>
            </w:r>
          </w:p>
        </w:tc>
        <w:tc>
          <w:tcPr>
            <w:tcW w:w="3600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9769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8A500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ED8ED" w14:textId="77777777" w:rsidR="00653B88" w:rsidRDefault="00653B88">
            <w:pPr>
              <w:jc w:val="center"/>
            </w:pPr>
          </w:p>
        </w:tc>
      </w:tr>
      <w:tr w:rsidR="00653B88" w14:paraId="04EE310A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14E20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F0FE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29299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3600" w:type="dxa"/>
            <w:shd w:val="clear" w:color="auto" w:fill="F2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EC47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GEOGRAFIA</w:t>
            </w:r>
          </w:p>
        </w:tc>
        <w:tc>
          <w:tcPr>
            <w:tcW w:w="360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3A44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16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2279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57FA2" w14:textId="77777777" w:rsidR="00653B88" w:rsidRDefault="00653B88">
            <w:pPr>
              <w:jc w:val="center"/>
            </w:pPr>
          </w:p>
        </w:tc>
      </w:tr>
      <w:tr w:rsidR="00653B88" w14:paraId="4B10153F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BEF2D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3611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FD391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360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44E5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D885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59006" w14:textId="77777777" w:rsidR="00EB6AFE" w:rsidRDefault="009B713B">
            <w:pPr>
              <w:jc w:val="center"/>
              <w:rPr>
                <w:rFonts w:ascii="Calibri" w:hAnsi="Calibri"/>
                <w:b/>
                <w:color w:val="141414"/>
                <w:sz w:val="17"/>
              </w:rPr>
            </w:pPr>
            <w:r>
              <w:rPr>
                <w:rFonts w:ascii="Calibri" w:hAnsi="Calibri"/>
                <w:b/>
                <w:color w:val="141414"/>
                <w:sz w:val="17"/>
              </w:rPr>
              <w:t xml:space="preserve">ARTE </w:t>
            </w:r>
          </w:p>
          <w:p w14:paraId="3DE34DE3" w14:textId="7260C2FE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FDBCC" w14:textId="77777777" w:rsidR="00653B88" w:rsidRDefault="00653B88">
            <w:pPr>
              <w:jc w:val="center"/>
            </w:pPr>
          </w:p>
        </w:tc>
      </w:tr>
      <w:tr w:rsidR="00653B88" w14:paraId="31AEB24A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C008E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E2C4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5F185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3600" w:type="dxa"/>
            <w:shd w:val="clear" w:color="auto" w:fill="E8E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F3E9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STORIA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1782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A9745" w14:textId="77777777" w:rsidR="00EB6AFE" w:rsidRDefault="009B713B">
            <w:pPr>
              <w:jc w:val="center"/>
              <w:rPr>
                <w:rFonts w:ascii="Calibri" w:hAnsi="Calibri"/>
                <w:b/>
                <w:color w:val="141414"/>
                <w:sz w:val="17"/>
              </w:rPr>
            </w:pPr>
            <w:r>
              <w:rPr>
                <w:rFonts w:ascii="Calibri" w:hAnsi="Calibri"/>
                <w:b/>
                <w:color w:val="141414"/>
                <w:sz w:val="17"/>
              </w:rPr>
              <w:t xml:space="preserve">L2 </w:t>
            </w:r>
          </w:p>
          <w:p w14:paraId="41FA7031" w14:textId="699CC8A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ED859" w14:textId="77777777" w:rsidR="00653B88" w:rsidRDefault="00653B88">
            <w:pPr>
              <w:jc w:val="center"/>
            </w:pPr>
          </w:p>
        </w:tc>
      </w:tr>
      <w:tr w:rsidR="00653B88" w14:paraId="2F10D6CE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A8033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4EAA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B2FD6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3600" w:type="dxa"/>
            <w:shd w:val="clear" w:color="auto" w:fill="E8E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6E16F" w14:textId="235E57CB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STORIA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33E1C" w14:textId="30D123DD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MATEMATICA</w:t>
            </w:r>
          </w:p>
        </w:tc>
        <w:tc>
          <w:tcPr>
            <w:tcW w:w="216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2896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DBDA3" w14:textId="77777777" w:rsidR="00653B88" w:rsidRDefault="00653B88">
            <w:pPr>
              <w:jc w:val="center"/>
            </w:pPr>
          </w:p>
        </w:tc>
      </w:tr>
      <w:tr w:rsidR="00AF41C3" w14:paraId="467CC152" w14:textId="77777777">
        <w:trPr>
          <w:gridAfter w:val="6"/>
          <w:wAfter w:w="13536" w:type="dxa"/>
          <w:trHeight w:val="497"/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D6657" w14:textId="77777777" w:rsidR="00AF41C3" w:rsidRDefault="00AF41C3"/>
        </w:tc>
      </w:tr>
      <w:tr w:rsidR="00AF41C3" w14:paraId="375CAA6F" w14:textId="77777777">
        <w:trPr>
          <w:gridAfter w:val="6"/>
          <w:wAfter w:w="13536" w:type="dxa"/>
          <w:trHeight w:val="497"/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14ABE" w14:textId="77777777" w:rsidR="00AF41C3" w:rsidRDefault="00AF41C3"/>
        </w:tc>
      </w:tr>
      <w:tr w:rsidR="00AF41C3" w14:paraId="2F0638E6" w14:textId="77777777">
        <w:trPr>
          <w:gridAfter w:val="6"/>
          <w:wAfter w:w="13536" w:type="dxa"/>
          <w:trHeight w:val="497"/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347C0" w14:textId="77777777" w:rsidR="00AF41C3" w:rsidRDefault="00AF41C3"/>
        </w:tc>
      </w:tr>
      <w:tr w:rsidR="00653B88" w14:paraId="0E794C75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1933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Martedì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97FA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2AE8A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360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EB68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3600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E37E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49734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97565" w14:textId="77777777" w:rsidR="00653B88" w:rsidRDefault="00653B88">
            <w:pPr>
              <w:jc w:val="center"/>
            </w:pPr>
          </w:p>
        </w:tc>
      </w:tr>
      <w:tr w:rsidR="00653B88" w14:paraId="6E244112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6D0CA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4AD4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832BD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360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F747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IMM.</w:t>
            </w:r>
          </w:p>
        </w:tc>
        <w:tc>
          <w:tcPr>
            <w:tcW w:w="360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40A8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44B82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1A719" w14:textId="77777777" w:rsidR="00653B88" w:rsidRDefault="00653B88">
            <w:pPr>
              <w:jc w:val="center"/>
            </w:pPr>
          </w:p>
        </w:tc>
      </w:tr>
      <w:tr w:rsidR="00653B88" w14:paraId="206CB176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14B51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3655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30794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3600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69E3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360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0AD6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IMM.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900D6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20954" w14:textId="77777777" w:rsidR="00653B88" w:rsidRDefault="00653B88">
            <w:pPr>
              <w:jc w:val="center"/>
            </w:pPr>
          </w:p>
        </w:tc>
      </w:tr>
      <w:tr w:rsidR="00653B88" w14:paraId="2D7E3D5F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0BC76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A9E0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C93D5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3600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03BC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3173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D85F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96CC2" w14:textId="77777777" w:rsidR="00653B88" w:rsidRDefault="00653B88">
            <w:pPr>
              <w:jc w:val="center"/>
            </w:pPr>
          </w:p>
        </w:tc>
      </w:tr>
      <w:tr w:rsidR="00653B88" w14:paraId="0D87B48F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538C1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F3CB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A5628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8368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034B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2B38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F4A72" w14:textId="77777777" w:rsidR="00653B88" w:rsidRDefault="00653B88">
            <w:pPr>
              <w:jc w:val="center"/>
            </w:pPr>
          </w:p>
        </w:tc>
      </w:tr>
      <w:tr w:rsidR="00653B88" w14:paraId="34A169BC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68DD2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B69C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61C36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51570" w14:textId="1E0B80FE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MATEMATICA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45104" w14:textId="0FE8EABC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782800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4CC70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3B131" w14:textId="77777777" w:rsidR="00653B88" w:rsidRDefault="00653B88">
            <w:pPr>
              <w:jc w:val="center"/>
            </w:pPr>
          </w:p>
        </w:tc>
      </w:tr>
      <w:tr w:rsidR="00FA06F9" w14:paraId="0853811E" w14:textId="77777777">
        <w:trPr>
          <w:gridAfter w:val="6"/>
          <w:wAfter w:w="13536" w:type="dxa"/>
          <w:trHeight w:val="497"/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22F55" w14:textId="77777777" w:rsidR="00FA06F9" w:rsidRDefault="00FA06F9"/>
        </w:tc>
      </w:tr>
      <w:tr w:rsidR="00FA06F9" w14:paraId="03A10A51" w14:textId="77777777">
        <w:trPr>
          <w:gridAfter w:val="6"/>
          <w:wAfter w:w="13536" w:type="dxa"/>
          <w:trHeight w:val="497"/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D0B08" w14:textId="77777777" w:rsidR="00FA06F9" w:rsidRDefault="00FA06F9"/>
        </w:tc>
      </w:tr>
      <w:tr w:rsidR="00FA06F9" w14:paraId="57443C2C" w14:textId="77777777">
        <w:trPr>
          <w:gridAfter w:val="6"/>
          <w:wAfter w:w="13536" w:type="dxa"/>
          <w:trHeight w:val="497"/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579CD" w14:textId="77777777" w:rsidR="00FA06F9" w:rsidRDefault="00FA06F9"/>
        </w:tc>
      </w:tr>
      <w:tr w:rsidR="00653B88" w14:paraId="11E143D7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54F3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Mercoledì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C7B5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3D553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BB79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360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E8E3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FRANCESE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2D215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2645E" w14:textId="77777777" w:rsidR="00653B88" w:rsidRDefault="00653B88">
            <w:pPr>
              <w:jc w:val="center"/>
            </w:pPr>
          </w:p>
        </w:tc>
      </w:tr>
      <w:tr w:rsidR="00653B88" w14:paraId="6090E1AE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52D8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AE3B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F9724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360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5ECA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FRANCESE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4EC2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16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48F6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F1AB8" w14:textId="77777777" w:rsidR="00653B88" w:rsidRDefault="00653B88">
            <w:pPr>
              <w:jc w:val="center"/>
            </w:pPr>
          </w:p>
        </w:tc>
      </w:tr>
      <w:tr w:rsidR="00653B88" w14:paraId="4F656065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EAC13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C22E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3D521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42B5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F154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16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FFD8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D77B0" w14:textId="77777777" w:rsidR="00653B88" w:rsidRDefault="00653B88">
            <w:pPr>
              <w:jc w:val="center"/>
            </w:pPr>
          </w:p>
        </w:tc>
      </w:tr>
      <w:tr w:rsidR="00653B88" w14:paraId="15E30ED8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FEB23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CA5D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3C469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2C1B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F687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6AFC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19738" w14:textId="77777777" w:rsidR="00653B88" w:rsidRDefault="00653B88">
            <w:pPr>
              <w:jc w:val="center"/>
            </w:pPr>
          </w:p>
        </w:tc>
      </w:tr>
      <w:tr w:rsidR="00653B88" w14:paraId="0931C547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D4398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6F0D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33589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9AE4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0782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EEC7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1E818" w14:textId="77777777" w:rsidR="00653B88" w:rsidRDefault="00653B88">
            <w:pPr>
              <w:jc w:val="center"/>
            </w:pPr>
          </w:p>
        </w:tc>
      </w:tr>
      <w:tr w:rsidR="00653B88" w14:paraId="74551D72" w14:textId="77777777">
        <w:trPr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9DF20" w14:textId="77777777" w:rsidR="00653B88" w:rsidRDefault="00653B88"/>
        </w:tc>
        <w:tc>
          <w:tcPr>
            <w:tcW w:w="720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1C08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36564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3600" w:type="dxa"/>
            <w:tcBorders>
              <w:bottom w:val="single" w:sz="36" w:space="0" w:color="002060"/>
            </w:tcBorders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5743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3600" w:type="dxa"/>
            <w:tcBorders>
              <w:bottom w:val="single" w:sz="36" w:space="0" w:color="002060"/>
            </w:tcBorders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80F0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tcBorders>
              <w:bottom w:val="single" w:sz="36" w:space="0" w:color="002060"/>
            </w:tcBorders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4C64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83425" w14:textId="77777777" w:rsidR="00653B88" w:rsidRDefault="00653B88">
            <w:pPr>
              <w:jc w:val="center"/>
            </w:pPr>
          </w:p>
        </w:tc>
      </w:tr>
      <w:tr w:rsidR="00653B88" w14:paraId="0A44122F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78C7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Giovedì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5447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F8342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3600" w:type="dxa"/>
            <w:shd w:val="clear" w:color="auto" w:fill="FFEB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B6BE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SC. MOTORIE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6FFD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1B82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31407" w14:textId="77777777" w:rsidR="00653B88" w:rsidRDefault="00653B88">
            <w:pPr>
              <w:jc w:val="center"/>
            </w:pPr>
          </w:p>
        </w:tc>
      </w:tr>
      <w:tr w:rsidR="00653B88" w14:paraId="5454B12C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A4D0B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A932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B6E2C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E5A4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3600" w:type="dxa"/>
            <w:shd w:val="clear" w:color="auto" w:fill="FFEB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992B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SC. MOTORIE</w:t>
            </w:r>
          </w:p>
        </w:tc>
        <w:tc>
          <w:tcPr>
            <w:tcW w:w="216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317CE" w14:textId="77777777" w:rsidR="00AB7C60" w:rsidRDefault="009B713B">
            <w:pPr>
              <w:jc w:val="center"/>
              <w:rPr>
                <w:rFonts w:ascii="Calibri" w:hAnsi="Calibri"/>
                <w:b/>
                <w:color w:val="141414"/>
                <w:sz w:val="17"/>
              </w:rPr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  <w:p w14:paraId="673EFA54" w14:textId="1F204CE8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 xml:space="preserve"> ITALIANO2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66604" w14:textId="77777777" w:rsidR="00653B88" w:rsidRDefault="00653B88">
            <w:pPr>
              <w:jc w:val="center"/>
            </w:pPr>
          </w:p>
        </w:tc>
      </w:tr>
      <w:tr w:rsidR="008753DF" w14:paraId="325B4F41" w14:textId="77777777" w:rsidTr="008753DF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DB96E" w14:textId="77777777" w:rsidR="008753DF" w:rsidRDefault="008753DF" w:rsidP="008753DF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F7FA3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05F6A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93F1F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76B65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FC115" w14:textId="6A4F81B0" w:rsidR="008753DF" w:rsidRDefault="008753DF" w:rsidP="008753DF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F0FBB" w14:textId="77777777" w:rsidR="008753DF" w:rsidRDefault="008753DF" w:rsidP="008753DF">
            <w:pPr>
              <w:jc w:val="center"/>
            </w:pPr>
          </w:p>
        </w:tc>
      </w:tr>
      <w:tr w:rsidR="008753DF" w14:paraId="7FE53843" w14:textId="77777777" w:rsidTr="008753DF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C2DAD" w14:textId="77777777" w:rsidR="008753DF" w:rsidRDefault="008753DF" w:rsidP="008753DF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1477A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FD017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EC1C0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B897D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656BB" w14:textId="408B5649" w:rsidR="008753DF" w:rsidRDefault="008753DF" w:rsidP="008753DF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A0101" w14:textId="77777777" w:rsidR="008753DF" w:rsidRDefault="008753DF" w:rsidP="008753DF">
            <w:pPr>
              <w:jc w:val="center"/>
            </w:pPr>
          </w:p>
        </w:tc>
      </w:tr>
      <w:tr w:rsidR="008753DF" w14:paraId="26A107BA" w14:textId="77777777" w:rsidTr="008753DF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C50D3" w14:textId="77777777" w:rsidR="008753DF" w:rsidRDefault="008753DF" w:rsidP="008753DF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56EDE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B07AE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3600" w:type="dxa"/>
            <w:shd w:val="clear" w:color="auto" w:fill="E8E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24733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STORIA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230B8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160" w:type="dxa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3B75E" w14:textId="3C7A0E34" w:rsidR="008753DF" w:rsidRDefault="008753DF" w:rsidP="008753DF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E77A7" w14:textId="77777777" w:rsidR="008753DF" w:rsidRDefault="008753DF" w:rsidP="008753DF">
            <w:pPr>
              <w:jc w:val="center"/>
            </w:pPr>
          </w:p>
        </w:tc>
      </w:tr>
      <w:tr w:rsidR="008753DF" w14:paraId="56FAA66D" w14:textId="77777777" w:rsidTr="008753DF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23E0B" w14:textId="77777777" w:rsidR="008753DF" w:rsidRDefault="008753DF" w:rsidP="008753DF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2ECCE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39F9C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3600" w:type="dxa"/>
            <w:shd w:val="clear" w:color="auto" w:fill="E8E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EF86B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STORIA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CE50D" w14:textId="77777777" w:rsidR="008753DF" w:rsidRDefault="008753DF" w:rsidP="008753DF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160" w:type="dxa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C2F2A" w14:textId="317FB902" w:rsidR="008753DF" w:rsidRDefault="008753DF" w:rsidP="008753DF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A3972" w14:textId="77777777" w:rsidR="008753DF" w:rsidRDefault="008753DF" w:rsidP="008753DF">
            <w:pPr>
              <w:jc w:val="center"/>
            </w:pPr>
          </w:p>
        </w:tc>
      </w:tr>
      <w:tr w:rsidR="00FA06F9" w14:paraId="5F02C8CF" w14:textId="77777777">
        <w:trPr>
          <w:gridAfter w:val="6"/>
          <w:wAfter w:w="13536" w:type="dxa"/>
          <w:trHeight w:val="497"/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F7F88" w14:textId="77777777" w:rsidR="00FA06F9" w:rsidRDefault="00FA06F9"/>
        </w:tc>
      </w:tr>
      <w:tr w:rsidR="00653B88" w14:paraId="221F5E34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E8D1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Venerdì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831D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C76DE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3600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90F3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9B8D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45C8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F8E9F" w14:textId="77777777" w:rsidR="00653B88" w:rsidRDefault="00653B88">
            <w:pPr>
              <w:jc w:val="center"/>
            </w:pPr>
          </w:p>
        </w:tc>
      </w:tr>
      <w:tr w:rsidR="00653B88" w14:paraId="28F9ECF4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DAEB5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29F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B1596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81D6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3600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D6A8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216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7EC03" w14:textId="77777777" w:rsidR="00AB7C60" w:rsidRDefault="009B713B">
            <w:pPr>
              <w:jc w:val="center"/>
              <w:rPr>
                <w:rFonts w:ascii="Calibri" w:hAnsi="Calibri"/>
                <w:b/>
                <w:color w:val="141414"/>
                <w:sz w:val="17"/>
              </w:rPr>
            </w:pPr>
            <w:r>
              <w:rPr>
                <w:rFonts w:ascii="Calibri" w:hAnsi="Calibri"/>
                <w:b/>
                <w:color w:val="141414"/>
                <w:sz w:val="17"/>
              </w:rPr>
              <w:t xml:space="preserve">L2 </w:t>
            </w:r>
          </w:p>
          <w:p w14:paraId="6C9BF8EE" w14:textId="5A9B1956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9BE65" w14:textId="77777777" w:rsidR="00653B88" w:rsidRDefault="00653B88">
            <w:pPr>
              <w:jc w:val="center"/>
            </w:pPr>
          </w:p>
        </w:tc>
      </w:tr>
      <w:tr w:rsidR="00653B88" w14:paraId="162E962F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41254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FD12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74DDC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2CD7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3600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0E7D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B9B0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7D0B5" w14:textId="77777777" w:rsidR="00653B88" w:rsidRDefault="00653B88">
            <w:pPr>
              <w:jc w:val="center"/>
            </w:pPr>
          </w:p>
        </w:tc>
      </w:tr>
      <w:tr w:rsidR="00653B88" w14:paraId="2B4607FA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4483E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42AB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7B786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3600" w:type="dxa"/>
            <w:shd w:val="clear" w:color="auto" w:fill="F2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871F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GEOGRAFIA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9B66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16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654F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L2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59A1C" w14:textId="77777777" w:rsidR="00653B88" w:rsidRDefault="00653B88">
            <w:pPr>
              <w:jc w:val="center"/>
            </w:pPr>
          </w:p>
        </w:tc>
      </w:tr>
      <w:tr w:rsidR="00653B88" w14:paraId="07B06F6D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CD990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337B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34A1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360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BC83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FRANCESE</w:t>
            </w:r>
          </w:p>
        </w:tc>
        <w:tc>
          <w:tcPr>
            <w:tcW w:w="3600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D145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16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21B1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5C76C" w14:textId="77777777" w:rsidR="00653B88" w:rsidRDefault="00653B88">
            <w:pPr>
              <w:jc w:val="center"/>
            </w:pPr>
          </w:p>
        </w:tc>
      </w:tr>
      <w:tr w:rsidR="00653B88" w14:paraId="4EEE50A8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5F60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A90E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511FC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3600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FA8E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3600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F237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FRANCESE</w:t>
            </w:r>
          </w:p>
        </w:tc>
        <w:tc>
          <w:tcPr>
            <w:tcW w:w="216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FA679" w14:textId="77777777" w:rsidR="00653B88" w:rsidRDefault="00653B88">
            <w:pPr>
              <w:jc w:val="center"/>
            </w:pPr>
          </w:p>
        </w:tc>
        <w:tc>
          <w:tcPr>
            <w:tcW w:w="1872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27CE5" w14:textId="77777777" w:rsidR="00653B88" w:rsidRDefault="00653B88">
            <w:pPr>
              <w:jc w:val="center"/>
            </w:pPr>
          </w:p>
        </w:tc>
      </w:tr>
      <w:tr w:rsidR="00FA06F9" w14:paraId="6F833620" w14:textId="77777777">
        <w:trPr>
          <w:gridAfter w:val="6"/>
          <w:wAfter w:w="13536" w:type="dxa"/>
          <w:trHeight w:val="497"/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9136D" w14:textId="77777777" w:rsidR="00FA06F9" w:rsidRDefault="00FA06F9"/>
        </w:tc>
      </w:tr>
    </w:tbl>
    <w:p w14:paraId="6AAC49BC" w14:textId="77777777" w:rsidR="00AF41C3" w:rsidRDefault="00AF41C3" w:rsidP="00AF41C3">
      <w:pPr>
        <w:spacing w:before="80" w:after="40"/>
      </w:pPr>
      <w:r>
        <w:rPr>
          <w:rFonts w:ascii="Calibri" w:hAnsi="Calibri"/>
          <w:b/>
          <w:color w:val="505050"/>
          <w:sz w:val="18"/>
        </w:rPr>
        <w:t xml:space="preserve">PAUSA: Prima pausa Ore 10:00–10:10 | </w:t>
      </w:r>
      <w:proofErr w:type="spellStart"/>
      <w:r>
        <w:rPr>
          <w:rFonts w:ascii="Calibri" w:hAnsi="Calibri"/>
          <w:b/>
          <w:color w:val="505050"/>
          <w:sz w:val="18"/>
        </w:rPr>
        <w:t>Seconda</w:t>
      </w:r>
      <w:proofErr w:type="spellEnd"/>
      <w:r>
        <w:rPr>
          <w:rFonts w:ascii="Calibri" w:hAnsi="Calibri"/>
          <w:b/>
          <w:color w:val="505050"/>
          <w:sz w:val="18"/>
        </w:rPr>
        <w:t xml:space="preserve"> pausa Ore 12:00–12:10</w:t>
      </w:r>
    </w:p>
    <w:p w14:paraId="486A0136" w14:textId="77777777" w:rsidR="00653B88" w:rsidRDefault="009B713B">
      <w:pPr>
        <w:spacing w:after="240"/>
        <w:jc w:val="right"/>
      </w:pPr>
      <w:r>
        <w:rPr>
          <w:rFonts w:ascii="Calibri" w:hAnsi="Calibri"/>
          <w:i/>
          <w:sz w:val="18"/>
        </w:rPr>
        <w:t xml:space="preserve">La </w:t>
      </w:r>
      <w:proofErr w:type="spellStart"/>
      <w:r>
        <w:rPr>
          <w:rFonts w:ascii="Calibri" w:hAnsi="Calibri"/>
          <w:i/>
          <w:sz w:val="18"/>
        </w:rPr>
        <w:t>Dirigente</w:t>
      </w:r>
      <w:proofErr w:type="spellEnd"/>
      <w:r>
        <w:rPr>
          <w:rFonts w:ascii="Calibri" w:hAnsi="Calibri"/>
          <w:i/>
          <w:sz w:val="18"/>
        </w:rPr>
        <w:t xml:space="preserve"> </w:t>
      </w:r>
      <w:proofErr w:type="spellStart"/>
      <w:r>
        <w:rPr>
          <w:rFonts w:ascii="Calibri" w:hAnsi="Calibri"/>
          <w:i/>
          <w:sz w:val="18"/>
        </w:rPr>
        <w:t>Scolastica</w:t>
      </w:r>
      <w:proofErr w:type="spellEnd"/>
      <w:r>
        <w:rPr>
          <w:rFonts w:ascii="Calibri" w:hAnsi="Calibri"/>
          <w:i/>
          <w:sz w:val="18"/>
        </w:rPr>
        <w:br/>
      </w:r>
      <w:r>
        <w:rPr>
          <w:rFonts w:ascii="Calibri" w:hAnsi="Calibri"/>
          <w:b/>
          <w:sz w:val="20"/>
        </w:rPr>
        <w:t>Mirella PACIFICO</w:t>
      </w:r>
    </w:p>
    <w:p w14:paraId="6CBF35EC" w14:textId="4288242B" w:rsidR="00653B88" w:rsidRDefault="009B713B" w:rsidP="00AB7C60">
      <w:r>
        <w:br w:type="page"/>
      </w:r>
      <w:r>
        <w:rPr>
          <w:rFonts w:ascii="Calibri" w:hAnsi="Calibri"/>
          <w:b/>
          <w:color w:val="002060"/>
          <w:sz w:val="26"/>
        </w:rPr>
        <w:lastRenderedPageBreak/>
        <w:t>SCUOLA SECONDARIA DI 1° GRADO — CORSO E — SCALA COELI</w:t>
      </w:r>
    </w:p>
    <w:tbl>
      <w:tblPr>
        <w:tblW w:w="0" w:type="auto"/>
        <w:jc w:val="center"/>
        <w:tblBorders>
          <w:top w:val="single" w:sz="6" w:space="0" w:color="D3D3D3"/>
          <w:left w:val="single" w:sz="6" w:space="0" w:color="D3D3D3"/>
          <w:bottom w:val="single" w:sz="12" w:space="0" w:color="002060"/>
          <w:right w:val="single" w:sz="6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720"/>
        <w:gridCol w:w="1584"/>
        <w:gridCol w:w="5472"/>
        <w:gridCol w:w="2880"/>
        <w:gridCol w:w="2880"/>
      </w:tblGrid>
      <w:tr w:rsidR="00653B88" w14:paraId="2E43E456" w14:textId="77777777">
        <w:trPr>
          <w:jc w:val="center"/>
        </w:trPr>
        <w:tc>
          <w:tcPr>
            <w:tcW w:w="1584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E847F8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Giorno</w:t>
            </w:r>
          </w:p>
        </w:tc>
        <w:tc>
          <w:tcPr>
            <w:tcW w:w="720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C1DC50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Ora</w:t>
            </w:r>
          </w:p>
        </w:tc>
        <w:tc>
          <w:tcPr>
            <w:tcW w:w="1584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D1D373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Orario</w:t>
            </w:r>
          </w:p>
        </w:tc>
        <w:tc>
          <w:tcPr>
            <w:tcW w:w="5472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4DB713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CLASSE PRIMA-SECONDA-TERZA</w:t>
            </w:r>
          </w:p>
        </w:tc>
        <w:tc>
          <w:tcPr>
            <w:tcW w:w="2880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928AE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POTENZIAMENTO</w:t>
            </w:r>
          </w:p>
        </w:tc>
        <w:tc>
          <w:tcPr>
            <w:tcW w:w="2880" w:type="dxa"/>
            <w:shd w:val="clear" w:color="auto" w:fill="002060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DE8279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SOSTEGNO</w:t>
            </w:r>
          </w:p>
        </w:tc>
      </w:tr>
      <w:tr w:rsidR="00653B88" w14:paraId="06705517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B833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Lunedì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5DC3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E71AA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547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B636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88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FFA7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8A7F7" w14:textId="77777777" w:rsidR="00653B88" w:rsidRDefault="00653B88">
            <w:pPr>
              <w:jc w:val="center"/>
            </w:pPr>
          </w:p>
        </w:tc>
      </w:tr>
      <w:tr w:rsidR="00653B88" w14:paraId="0057AE9F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CF794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2996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33123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547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0D67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18440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B7B57" w14:textId="77777777" w:rsidR="00653B88" w:rsidRDefault="00653B88">
            <w:pPr>
              <w:jc w:val="center"/>
            </w:pPr>
          </w:p>
        </w:tc>
      </w:tr>
      <w:tr w:rsidR="00653B88" w14:paraId="150CA0D9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2C089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1192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E6C59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547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F45E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8C7BF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3994B" w14:textId="77777777" w:rsidR="00653B88" w:rsidRDefault="00653B88">
            <w:pPr>
              <w:jc w:val="center"/>
            </w:pPr>
          </w:p>
        </w:tc>
      </w:tr>
      <w:tr w:rsidR="00653B88" w14:paraId="197E6327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36D11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BDC8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8C99E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547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B757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5F926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3F302" w14:textId="77777777" w:rsidR="00653B88" w:rsidRDefault="00653B88">
            <w:pPr>
              <w:jc w:val="center"/>
            </w:pPr>
          </w:p>
        </w:tc>
      </w:tr>
      <w:tr w:rsidR="00653B88" w14:paraId="351C04FD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E9753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021EB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21B3F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547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C28C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58C3F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235F1" w14:textId="77777777" w:rsidR="00653B88" w:rsidRDefault="00653B88">
            <w:pPr>
              <w:jc w:val="center"/>
            </w:pPr>
          </w:p>
        </w:tc>
      </w:tr>
      <w:tr w:rsidR="00653B88" w14:paraId="7CA6486E" w14:textId="77777777">
        <w:trPr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83EB9" w14:textId="77777777" w:rsidR="00653B88" w:rsidRDefault="00653B88"/>
        </w:tc>
        <w:tc>
          <w:tcPr>
            <w:tcW w:w="720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AE66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58A75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5472" w:type="dxa"/>
            <w:tcBorders>
              <w:bottom w:val="single" w:sz="36" w:space="0" w:color="002060"/>
            </w:tcBorders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D753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880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64FC3" w14:textId="77777777" w:rsidR="00653B88" w:rsidRDefault="00653B88">
            <w:pPr>
              <w:jc w:val="center"/>
            </w:pPr>
          </w:p>
        </w:tc>
        <w:tc>
          <w:tcPr>
            <w:tcW w:w="2880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EE00D" w14:textId="77777777" w:rsidR="00653B88" w:rsidRDefault="00653B88">
            <w:pPr>
              <w:jc w:val="center"/>
            </w:pPr>
          </w:p>
        </w:tc>
      </w:tr>
      <w:tr w:rsidR="00653B88" w14:paraId="09948FAD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5B1F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Martedì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8993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A6F9A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547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84F9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35715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0B60A" w14:textId="77777777" w:rsidR="00653B88" w:rsidRDefault="00653B88">
            <w:pPr>
              <w:jc w:val="center"/>
            </w:pPr>
          </w:p>
        </w:tc>
      </w:tr>
      <w:tr w:rsidR="00653B88" w14:paraId="3C6CFFCE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8A502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F0A4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B1E3D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547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3E41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1858C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CFAC4" w14:textId="77777777" w:rsidR="00653B88" w:rsidRDefault="00653B88">
            <w:pPr>
              <w:jc w:val="center"/>
            </w:pPr>
          </w:p>
        </w:tc>
      </w:tr>
      <w:tr w:rsidR="00653B88" w14:paraId="429B27D8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E4A11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C4BE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90C66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547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D8E5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A0E39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07528" w14:textId="77777777" w:rsidR="00653B88" w:rsidRDefault="00653B88">
            <w:pPr>
              <w:jc w:val="center"/>
            </w:pPr>
          </w:p>
        </w:tc>
      </w:tr>
      <w:tr w:rsidR="00653B88" w14:paraId="58495507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458AB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A71B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A1C6E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547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1675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88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6B4CD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2CC6D" w14:textId="77777777" w:rsidR="00653B88" w:rsidRDefault="00653B88">
            <w:pPr>
              <w:jc w:val="center"/>
            </w:pPr>
          </w:p>
        </w:tc>
      </w:tr>
      <w:tr w:rsidR="00653B88" w14:paraId="661163C0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FC8CF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769D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34EBD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5472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0A45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FRANCESE</w:t>
            </w:r>
          </w:p>
        </w:tc>
        <w:tc>
          <w:tcPr>
            <w:tcW w:w="288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E7FB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679F4" w14:textId="77777777" w:rsidR="00653B88" w:rsidRDefault="00653B88">
            <w:pPr>
              <w:jc w:val="center"/>
            </w:pPr>
          </w:p>
        </w:tc>
      </w:tr>
      <w:tr w:rsidR="00653B88" w14:paraId="401DC851" w14:textId="77777777">
        <w:trPr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C9BFC" w14:textId="77777777" w:rsidR="00653B88" w:rsidRDefault="00653B88"/>
        </w:tc>
        <w:tc>
          <w:tcPr>
            <w:tcW w:w="720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8E73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B0C90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5472" w:type="dxa"/>
            <w:tcBorders>
              <w:bottom w:val="single" w:sz="36" w:space="0" w:color="002060"/>
            </w:tcBorders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DB33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880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17369" w14:textId="77777777" w:rsidR="00653B88" w:rsidRDefault="00653B88">
            <w:pPr>
              <w:jc w:val="center"/>
            </w:pPr>
          </w:p>
        </w:tc>
        <w:tc>
          <w:tcPr>
            <w:tcW w:w="2880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57DF4" w14:textId="77777777" w:rsidR="00653B88" w:rsidRDefault="00653B88">
            <w:pPr>
              <w:jc w:val="center"/>
            </w:pPr>
          </w:p>
        </w:tc>
      </w:tr>
      <w:tr w:rsidR="00653B88" w14:paraId="1105D5F5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A9AA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Mercoledì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AC5B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0C6CB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547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7192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C20D0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3C83E" w14:textId="77777777" w:rsidR="00653B88" w:rsidRDefault="00653B88">
            <w:pPr>
              <w:jc w:val="center"/>
            </w:pPr>
          </w:p>
        </w:tc>
      </w:tr>
      <w:tr w:rsidR="00653B88" w14:paraId="24D11A32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DCCE8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A9CE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1FB5F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547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540D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5E721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0A119" w14:textId="77777777" w:rsidR="00653B88" w:rsidRDefault="00653B88">
            <w:pPr>
              <w:jc w:val="center"/>
            </w:pPr>
          </w:p>
        </w:tc>
      </w:tr>
      <w:tr w:rsidR="00653B88" w14:paraId="5D584E88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6A90A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F92F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4E4C4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547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91C6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37627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8B51A" w14:textId="77777777" w:rsidR="00653B88" w:rsidRDefault="00653B88">
            <w:pPr>
              <w:jc w:val="center"/>
            </w:pPr>
          </w:p>
        </w:tc>
      </w:tr>
      <w:tr w:rsidR="00653B88" w14:paraId="3BBEB224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99811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B8F4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38A9A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5472" w:type="dxa"/>
            <w:shd w:val="clear" w:color="auto" w:fill="E6F2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9158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ITALIANO</w:t>
            </w:r>
          </w:p>
        </w:tc>
        <w:tc>
          <w:tcPr>
            <w:tcW w:w="288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CB9B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E3046" w14:textId="77777777" w:rsidR="00653B88" w:rsidRDefault="00653B88">
            <w:pPr>
              <w:jc w:val="center"/>
            </w:pPr>
          </w:p>
        </w:tc>
      </w:tr>
      <w:tr w:rsidR="00653B88" w14:paraId="205054D4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4D836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74DE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3AEC4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5472" w:type="dxa"/>
            <w:shd w:val="clear" w:color="auto" w:fill="FFE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482F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FRANCESE</w:t>
            </w:r>
          </w:p>
        </w:tc>
        <w:tc>
          <w:tcPr>
            <w:tcW w:w="288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1684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9E26D" w14:textId="77777777" w:rsidR="00653B88" w:rsidRDefault="00653B88">
            <w:pPr>
              <w:jc w:val="center"/>
            </w:pPr>
          </w:p>
        </w:tc>
      </w:tr>
      <w:tr w:rsidR="00653B88" w14:paraId="7EDF8042" w14:textId="77777777">
        <w:trPr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30BC7" w14:textId="77777777" w:rsidR="00653B88" w:rsidRDefault="00653B88"/>
        </w:tc>
        <w:tc>
          <w:tcPr>
            <w:tcW w:w="720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7A50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4337F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5472" w:type="dxa"/>
            <w:tcBorders>
              <w:bottom w:val="single" w:sz="36" w:space="0" w:color="002060"/>
            </w:tcBorders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8838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880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9A2B7" w14:textId="77777777" w:rsidR="00653B88" w:rsidRDefault="00653B88">
            <w:pPr>
              <w:jc w:val="center"/>
            </w:pPr>
          </w:p>
        </w:tc>
        <w:tc>
          <w:tcPr>
            <w:tcW w:w="2880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3F875" w14:textId="77777777" w:rsidR="00653B88" w:rsidRDefault="00653B88">
            <w:pPr>
              <w:jc w:val="center"/>
            </w:pPr>
          </w:p>
        </w:tc>
      </w:tr>
      <w:tr w:rsidR="00653B88" w14:paraId="6F42FE74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8696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Giovedì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1416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6FF35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5472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9789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3CE49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D9E69" w14:textId="77777777" w:rsidR="00653B88" w:rsidRDefault="00653B88">
            <w:pPr>
              <w:jc w:val="center"/>
            </w:pPr>
          </w:p>
        </w:tc>
      </w:tr>
      <w:tr w:rsidR="00653B88" w14:paraId="7C3E01D0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89FF3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D183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63E29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5472" w:type="dxa"/>
            <w:shd w:val="clear" w:color="auto" w:fill="ECEF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B785F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TECNOLOGIA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5A74F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05087" w14:textId="77777777" w:rsidR="00653B88" w:rsidRDefault="00653B88">
            <w:pPr>
              <w:jc w:val="center"/>
            </w:pPr>
          </w:p>
        </w:tc>
      </w:tr>
      <w:tr w:rsidR="00653B88" w14:paraId="3A302F1D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8804C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EC7A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DA4F0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547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D542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IMM.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2CC51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4F8F9" w14:textId="77777777" w:rsidR="00653B88" w:rsidRDefault="00653B88">
            <w:pPr>
              <w:jc w:val="center"/>
            </w:pPr>
          </w:p>
        </w:tc>
      </w:tr>
      <w:tr w:rsidR="00653B88" w14:paraId="46B3E511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C5063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4D28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DB32E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5472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FA44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 E IMM.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E3D51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31A46" w14:textId="77777777" w:rsidR="00653B88" w:rsidRDefault="00653B88">
            <w:pPr>
              <w:jc w:val="center"/>
            </w:pPr>
          </w:p>
        </w:tc>
      </w:tr>
      <w:tr w:rsidR="00653B88" w14:paraId="78FB985D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79DE8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1BA3A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2211A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5472" w:type="dxa"/>
            <w:shd w:val="clear" w:color="auto" w:fill="FFEB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CE11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SC. MOTORIE</w:t>
            </w:r>
          </w:p>
        </w:tc>
        <w:tc>
          <w:tcPr>
            <w:tcW w:w="2880" w:type="dxa"/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36ED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01F40" w14:textId="77777777" w:rsidR="00653B88" w:rsidRDefault="00653B88">
            <w:pPr>
              <w:jc w:val="center"/>
            </w:pPr>
          </w:p>
        </w:tc>
      </w:tr>
      <w:tr w:rsidR="00653B88" w14:paraId="222577E9" w14:textId="77777777">
        <w:trPr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12361" w14:textId="77777777" w:rsidR="00653B88" w:rsidRDefault="00653B88"/>
        </w:tc>
        <w:tc>
          <w:tcPr>
            <w:tcW w:w="720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71E93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CBB2E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5472" w:type="dxa"/>
            <w:tcBorders>
              <w:bottom w:val="single" w:sz="36" w:space="0" w:color="002060"/>
            </w:tcBorders>
            <w:shd w:val="clear" w:color="auto" w:fill="FFEB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59C0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SC. MOTORIE</w:t>
            </w:r>
          </w:p>
        </w:tc>
        <w:tc>
          <w:tcPr>
            <w:tcW w:w="2880" w:type="dxa"/>
            <w:tcBorders>
              <w:bottom w:val="single" w:sz="36" w:space="0" w:color="002060"/>
            </w:tcBorders>
            <w:shd w:val="clear" w:color="auto" w:fill="F0E6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F2A29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ARTE</w:t>
            </w:r>
          </w:p>
        </w:tc>
        <w:tc>
          <w:tcPr>
            <w:tcW w:w="2880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11F2A" w14:textId="77777777" w:rsidR="00653B88" w:rsidRDefault="00653B88">
            <w:pPr>
              <w:jc w:val="center"/>
            </w:pPr>
          </w:p>
        </w:tc>
      </w:tr>
      <w:tr w:rsidR="00653B88" w14:paraId="13B9556A" w14:textId="77777777">
        <w:trPr>
          <w:jc w:val="center"/>
        </w:trPr>
        <w:tc>
          <w:tcPr>
            <w:tcW w:w="1584" w:type="dxa"/>
            <w:vMerge w:val="restart"/>
            <w:shd w:val="clear" w:color="auto" w:fill="F0F4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5DD9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002060"/>
              </w:rPr>
              <w:t>Venerdì</w:t>
            </w:r>
          </w:p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3C42C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1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9BAA7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08.00-09.00</w:t>
            </w:r>
          </w:p>
        </w:tc>
        <w:tc>
          <w:tcPr>
            <w:tcW w:w="5472" w:type="dxa"/>
            <w:shd w:val="clear" w:color="auto" w:fill="F5F5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A7D5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RELIGIONE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88425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2692A" w14:textId="77777777" w:rsidR="00653B88" w:rsidRDefault="00653B88">
            <w:pPr>
              <w:jc w:val="center"/>
            </w:pPr>
          </w:p>
        </w:tc>
      </w:tr>
      <w:tr w:rsidR="00653B88" w14:paraId="7D0C480B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E7F3A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3A4F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2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D84B5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09.00-10.00</w:t>
            </w:r>
          </w:p>
        </w:tc>
        <w:tc>
          <w:tcPr>
            <w:tcW w:w="547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8E4E6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240E5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055E7" w14:textId="77777777" w:rsidR="00653B88" w:rsidRDefault="00653B88">
            <w:pPr>
              <w:jc w:val="center"/>
            </w:pPr>
          </w:p>
        </w:tc>
      </w:tr>
      <w:tr w:rsidR="00653B88" w14:paraId="4415FFD7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4D8FD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539A7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3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18A0B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10.00-11.00</w:t>
            </w:r>
          </w:p>
        </w:tc>
        <w:tc>
          <w:tcPr>
            <w:tcW w:w="5472" w:type="dxa"/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9A1B1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INGLESE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CA0AC" w14:textId="77777777" w:rsidR="00653B88" w:rsidRDefault="00653B88">
            <w:pPr>
              <w:jc w:val="center"/>
            </w:pP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CC81D" w14:textId="77777777" w:rsidR="00653B88" w:rsidRDefault="00653B88">
            <w:pPr>
              <w:jc w:val="center"/>
            </w:pPr>
          </w:p>
        </w:tc>
      </w:tr>
      <w:tr w:rsidR="00653B88" w14:paraId="53D414DB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4A5F6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F937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4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88EC0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11.00-12.00</w:t>
            </w:r>
          </w:p>
        </w:tc>
        <w:tc>
          <w:tcPr>
            <w:tcW w:w="547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92BC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88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1247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0EBD5" w14:textId="77777777" w:rsidR="00653B88" w:rsidRDefault="00653B88">
            <w:pPr>
              <w:jc w:val="center"/>
            </w:pPr>
          </w:p>
        </w:tc>
      </w:tr>
      <w:tr w:rsidR="00653B88" w14:paraId="29F9D4A3" w14:textId="77777777">
        <w:trPr>
          <w:jc w:val="center"/>
        </w:trPr>
        <w:tc>
          <w:tcPr>
            <w:tcW w:w="158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10488" w14:textId="77777777" w:rsidR="00653B88" w:rsidRDefault="00653B88"/>
        </w:tc>
        <w:tc>
          <w:tcPr>
            <w:tcW w:w="720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78942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5</w:t>
            </w:r>
          </w:p>
        </w:tc>
        <w:tc>
          <w:tcPr>
            <w:tcW w:w="15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97721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12.00-13.00</w:t>
            </w:r>
          </w:p>
        </w:tc>
        <w:tc>
          <w:tcPr>
            <w:tcW w:w="5472" w:type="dxa"/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BF1C5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880" w:type="dxa"/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70908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880" w:type="dxa"/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23221" w14:textId="77777777" w:rsidR="00653B88" w:rsidRDefault="00653B88">
            <w:pPr>
              <w:jc w:val="center"/>
            </w:pPr>
          </w:p>
        </w:tc>
      </w:tr>
      <w:tr w:rsidR="00653B88" w14:paraId="756F3599" w14:textId="77777777">
        <w:trPr>
          <w:jc w:val="center"/>
        </w:trPr>
        <w:tc>
          <w:tcPr>
            <w:tcW w:w="1584" w:type="dxa"/>
            <w:vMerge/>
            <w:tcBorders>
              <w:bottom w:val="single" w:sz="36" w:space="0" w:color="00206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F30FA" w14:textId="77777777" w:rsidR="00653B88" w:rsidRDefault="00653B88"/>
        </w:tc>
        <w:tc>
          <w:tcPr>
            <w:tcW w:w="720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6D6C4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8"/>
              </w:rPr>
              <w:t>6</w:t>
            </w:r>
          </w:p>
        </w:tc>
        <w:tc>
          <w:tcPr>
            <w:tcW w:w="1584" w:type="dxa"/>
            <w:tcBorders>
              <w:bottom w:val="single" w:sz="36" w:space="0" w:color="00206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9DF11" w14:textId="77777777" w:rsidR="00653B88" w:rsidRDefault="009B713B">
            <w:pPr>
              <w:jc w:val="center"/>
            </w:pPr>
            <w:r>
              <w:rPr>
                <w:rFonts w:ascii="Calibri" w:hAnsi="Calibri"/>
                <w:color w:val="505050"/>
                <w:sz w:val="17"/>
              </w:rPr>
              <w:t>13.00-14.00</w:t>
            </w:r>
          </w:p>
        </w:tc>
        <w:tc>
          <w:tcPr>
            <w:tcW w:w="5472" w:type="dxa"/>
            <w:tcBorders>
              <w:bottom w:val="single" w:sz="36" w:space="0" w:color="002060"/>
            </w:tcBorders>
            <w:shd w:val="clear" w:color="auto" w:fill="E6F9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F5C0E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MATEMATICA</w:t>
            </w:r>
          </w:p>
        </w:tc>
        <w:tc>
          <w:tcPr>
            <w:tcW w:w="2880" w:type="dxa"/>
            <w:tcBorders>
              <w:bottom w:val="single" w:sz="36" w:space="0" w:color="002060"/>
            </w:tcBorders>
            <w:shd w:val="clear" w:color="auto" w:fill="FFF8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B4680" w14:textId="77777777" w:rsidR="00653B88" w:rsidRDefault="009B713B">
            <w:pPr>
              <w:jc w:val="center"/>
            </w:pPr>
            <w:r>
              <w:rPr>
                <w:rFonts w:ascii="Calibri" w:hAnsi="Calibri"/>
                <w:b/>
                <w:color w:val="141414"/>
                <w:sz w:val="17"/>
              </w:rPr>
              <w:t>MUSICA</w:t>
            </w:r>
          </w:p>
        </w:tc>
        <w:tc>
          <w:tcPr>
            <w:tcW w:w="2880" w:type="dxa"/>
            <w:tcBorders>
              <w:bottom w:val="single" w:sz="36" w:space="0" w:color="002060"/>
            </w:tcBorders>
            <w:shd w:val="clear" w:color="auto" w:fill="F9F9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C65EF" w14:textId="77777777" w:rsidR="00653B88" w:rsidRDefault="00653B88">
            <w:pPr>
              <w:jc w:val="center"/>
            </w:pPr>
          </w:p>
        </w:tc>
      </w:tr>
    </w:tbl>
    <w:p w14:paraId="46681C21" w14:textId="77777777" w:rsidR="00653B88" w:rsidRDefault="009B713B">
      <w:pPr>
        <w:spacing w:before="80" w:after="40"/>
      </w:pPr>
      <w:r>
        <w:rPr>
          <w:rFonts w:ascii="Calibri" w:hAnsi="Calibri"/>
          <w:b/>
          <w:color w:val="505050"/>
          <w:sz w:val="18"/>
        </w:rPr>
        <w:t>PAUSA: Prima pausa Ore 10:00–10:10 | Seconda pausa Ore 12:00–12:10</w:t>
      </w:r>
    </w:p>
    <w:p w14:paraId="230BE70C" w14:textId="77777777" w:rsidR="00653B88" w:rsidRDefault="009B713B">
      <w:pPr>
        <w:spacing w:after="240"/>
        <w:jc w:val="right"/>
      </w:pPr>
      <w:r>
        <w:rPr>
          <w:rFonts w:ascii="Calibri" w:hAnsi="Calibri"/>
          <w:i/>
          <w:sz w:val="18"/>
        </w:rPr>
        <w:t>La Dirigente Scolastica</w:t>
      </w:r>
      <w:r>
        <w:rPr>
          <w:rFonts w:ascii="Calibri" w:hAnsi="Calibri"/>
          <w:i/>
          <w:sz w:val="18"/>
        </w:rPr>
        <w:br/>
      </w:r>
      <w:r>
        <w:rPr>
          <w:rFonts w:ascii="Calibri" w:hAnsi="Calibri"/>
          <w:b/>
          <w:sz w:val="20"/>
        </w:rPr>
        <w:t>Mirella PACIFICO</w:t>
      </w:r>
    </w:p>
    <w:p w14:paraId="1AAB6EA9" w14:textId="77777777" w:rsidR="00653B88" w:rsidRDefault="009B713B">
      <w:r>
        <w:br w:type="page"/>
      </w:r>
    </w:p>
    <w:sectPr w:rsidR="00653B88" w:rsidSect="00034616">
      <w:headerReference w:type="default" r:id="rId8"/>
      <w:pgSz w:w="16834" w:h="11909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28076" w14:textId="77777777" w:rsidR="00706E6F" w:rsidRDefault="00706E6F">
      <w:pPr>
        <w:spacing w:after="0" w:line="240" w:lineRule="auto"/>
      </w:pPr>
      <w:r>
        <w:separator/>
      </w:r>
    </w:p>
  </w:endnote>
  <w:endnote w:type="continuationSeparator" w:id="0">
    <w:p w14:paraId="2856518E" w14:textId="77777777" w:rsidR="00706E6F" w:rsidRDefault="00706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39DF1" w14:textId="77777777" w:rsidR="00706E6F" w:rsidRDefault="00706E6F">
      <w:pPr>
        <w:spacing w:after="0" w:line="240" w:lineRule="auto"/>
      </w:pPr>
      <w:r>
        <w:separator/>
      </w:r>
    </w:p>
  </w:footnote>
  <w:footnote w:type="continuationSeparator" w:id="0">
    <w:p w14:paraId="33533E0A" w14:textId="77777777" w:rsidR="00706E6F" w:rsidRDefault="00706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A3FD6" w14:textId="22397B5C" w:rsidR="00653B88" w:rsidRDefault="00653B88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5660426">
    <w:abstractNumId w:val="8"/>
  </w:num>
  <w:num w:numId="2" w16cid:durableId="514342876">
    <w:abstractNumId w:val="6"/>
  </w:num>
  <w:num w:numId="3" w16cid:durableId="1169829287">
    <w:abstractNumId w:val="5"/>
  </w:num>
  <w:num w:numId="4" w16cid:durableId="1387098872">
    <w:abstractNumId w:val="4"/>
  </w:num>
  <w:num w:numId="5" w16cid:durableId="569462271">
    <w:abstractNumId w:val="7"/>
  </w:num>
  <w:num w:numId="6" w16cid:durableId="417287223">
    <w:abstractNumId w:val="3"/>
  </w:num>
  <w:num w:numId="7" w16cid:durableId="1651788791">
    <w:abstractNumId w:val="2"/>
  </w:num>
  <w:num w:numId="8" w16cid:durableId="965817785">
    <w:abstractNumId w:val="1"/>
  </w:num>
  <w:num w:numId="9" w16cid:durableId="812143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7E2C"/>
    <w:rsid w:val="0015074B"/>
    <w:rsid w:val="0029639D"/>
    <w:rsid w:val="002E3646"/>
    <w:rsid w:val="00326F90"/>
    <w:rsid w:val="00363694"/>
    <w:rsid w:val="00406C04"/>
    <w:rsid w:val="00653B88"/>
    <w:rsid w:val="00706E6F"/>
    <w:rsid w:val="008753DF"/>
    <w:rsid w:val="00980EF1"/>
    <w:rsid w:val="009B713B"/>
    <w:rsid w:val="00A64B2B"/>
    <w:rsid w:val="00A74E3C"/>
    <w:rsid w:val="00AA1D8D"/>
    <w:rsid w:val="00AB7C60"/>
    <w:rsid w:val="00AF41C3"/>
    <w:rsid w:val="00B47730"/>
    <w:rsid w:val="00CB0664"/>
    <w:rsid w:val="00DB61B4"/>
    <w:rsid w:val="00E133BA"/>
    <w:rsid w:val="00E7171E"/>
    <w:rsid w:val="00EB6AFE"/>
    <w:rsid w:val="00FA06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01E4D0E-0A79-4FA0-B27F-4A6A9281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lauretta calo</cp:lastModifiedBy>
  <cp:revision>2</cp:revision>
  <dcterms:created xsi:type="dcterms:W3CDTF">2026-10-02T10:49:00Z</dcterms:created>
  <dcterms:modified xsi:type="dcterms:W3CDTF">2026-10-02T10:49:00Z</dcterms:modified>
  <cp:category/>
</cp:coreProperties>
</file>