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AF483" w14:textId="77777777" w:rsidR="00382931" w:rsidRPr="002D29D1" w:rsidRDefault="00382931" w:rsidP="00316301">
      <w:pPr>
        <w:spacing w:after="120"/>
        <w:rPr>
          <w:rFonts w:ascii="Times New Roman" w:hAnsi="Times New Roman" w:cs="Times New Roman"/>
          <w:sz w:val="24"/>
          <w:szCs w:val="32"/>
          <w:lang w:val="it-IT"/>
        </w:rPr>
      </w:pPr>
    </w:p>
    <w:p w14:paraId="3E65BF05" w14:textId="77777777" w:rsidR="006234BA" w:rsidRPr="006234BA" w:rsidRDefault="006234BA" w:rsidP="006234BA">
      <w:pPr>
        <w:spacing w:after="160" w:line="259" w:lineRule="auto"/>
        <w:jc w:val="center"/>
        <w:rPr>
          <w:rFonts w:ascii="Times New Roman" w:eastAsia="Times New Roman" w:hAnsi="Times New Roman" w:cs="Times New Roman"/>
          <w:color w:val="0000FF"/>
          <w:szCs w:val="18"/>
          <w:lang w:val="it-IT" w:eastAsia="it-IT"/>
        </w:rPr>
      </w:pPr>
      <w:bookmarkStart w:id="0" w:name="_Hlk119527057"/>
      <w:r w:rsidRPr="006234BA">
        <w:rPr>
          <w:rFonts w:ascii="Aptos" w:eastAsia="Aptos" w:hAnsi="Aptos" w:cs="Times New Roman"/>
          <w:noProof/>
          <w:sz w:val="22"/>
          <w:lang w:val="it-IT"/>
        </w:rPr>
        <w:drawing>
          <wp:anchor distT="0" distB="0" distL="114300" distR="114300" simplePos="0" relativeHeight="251662336" behindDoc="1" locked="0" layoutInCell="1" allowOverlap="1" wp14:anchorId="605DF755" wp14:editId="0FE673E3">
            <wp:simplePos x="0" y="0"/>
            <wp:positionH relativeFrom="margin">
              <wp:posOffset>854075</wp:posOffset>
            </wp:positionH>
            <wp:positionV relativeFrom="paragraph">
              <wp:posOffset>405765</wp:posOffset>
            </wp:positionV>
            <wp:extent cx="1339850" cy="343535"/>
            <wp:effectExtent l="0" t="0" r="0" b="0"/>
            <wp:wrapTight wrapText="bothSides">
              <wp:wrapPolygon edited="0">
                <wp:start x="0" y="0"/>
                <wp:lineTo x="0" y="20362"/>
                <wp:lineTo x="17198" y="20362"/>
                <wp:lineTo x="18734" y="20362"/>
                <wp:lineTo x="20269" y="19165"/>
                <wp:lineTo x="21191" y="17967"/>
                <wp:lineTo x="21191" y="3593"/>
                <wp:lineTo x="18119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4BA">
        <w:rPr>
          <w:rFonts w:ascii="Calibri" w:eastAsia="Calibri" w:hAnsi="Calibri" w:cs="Times New Roman"/>
          <w:noProof/>
          <w:sz w:val="22"/>
          <w:lang w:val="it-IT" w:eastAsia="it-IT"/>
        </w:rPr>
        <w:drawing>
          <wp:anchor distT="0" distB="0" distL="114300" distR="114300" simplePos="0" relativeHeight="251661312" behindDoc="1" locked="0" layoutInCell="1" allowOverlap="1" wp14:anchorId="16F8968C" wp14:editId="59B42C7C">
            <wp:simplePos x="0" y="0"/>
            <wp:positionH relativeFrom="column">
              <wp:posOffset>4324350</wp:posOffset>
            </wp:positionH>
            <wp:positionV relativeFrom="paragraph">
              <wp:posOffset>398145</wp:posOffset>
            </wp:positionV>
            <wp:extent cx="1432560" cy="398532"/>
            <wp:effectExtent l="0" t="0" r="0" b="1905"/>
            <wp:wrapTight wrapText="bothSides">
              <wp:wrapPolygon edited="0">
                <wp:start x="862" y="0"/>
                <wp:lineTo x="0" y="4134"/>
                <wp:lineTo x="0" y="17569"/>
                <wp:lineTo x="1149" y="20670"/>
                <wp:lineTo x="4021" y="20670"/>
                <wp:lineTo x="21255" y="16536"/>
                <wp:lineTo x="21255" y="3100"/>
                <wp:lineTo x="4021" y="0"/>
                <wp:lineTo x="862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39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234BA">
        <w:rPr>
          <w:rFonts w:ascii="Calibri" w:eastAsia="Calibri" w:hAnsi="Calibri" w:cs="Times New Roman"/>
          <w:noProof/>
          <w:sz w:val="22"/>
          <w:lang w:val="it-IT" w:eastAsia="it-IT"/>
        </w:rPr>
        <w:drawing>
          <wp:anchor distT="0" distB="0" distL="114300" distR="114300" simplePos="0" relativeHeight="251660288" behindDoc="1" locked="0" layoutInCell="1" allowOverlap="1" wp14:anchorId="701B70A7" wp14:editId="67BDAE2D">
            <wp:simplePos x="0" y="0"/>
            <wp:positionH relativeFrom="column">
              <wp:posOffset>4253865</wp:posOffset>
            </wp:positionH>
            <wp:positionV relativeFrom="paragraph">
              <wp:posOffset>0</wp:posOffset>
            </wp:positionV>
            <wp:extent cx="1684800" cy="450000"/>
            <wp:effectExtent l="0" t="0" r="0" b="0"/>
            <wp:wrapTight wrapText="bothSides">
              <wp:wrapPolygon edited="0">
                <wp:start x="244" y="2746"/>
                <wp:lineTo x="244" y="19220"/>
                <wp:lineTo x="6839" y="19220"/>
                <wp:lineTo x="20761" y="12814"/>
                <wp:lineTo x="20761" y="4576"/>
                <wp:lineTo x="7083" y="2746"/>
                <wp:lineTo x="244" y="2746"/>
              </wp:wrapPolygon>
            </wp:wrapTight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800" cy="4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4BA"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59264" behindDoc="0" locked="0" layoutInCell="1" allowOverlap="1" wp14:anchorId="72CFE9C2" wp14:editId="2D47A985">
            <wp:simplePos x="0" y="0"/>
            <wp:positionH relativeFrom="column">
              <wp:posOffset>2413635</wp:posOffset>
            </wp:positionH>
            <wp:positionV relativeFrom="paragraph">
              <wp:posOffset>343</wp:posOffset>
            </wp:positionV>
            <wp:extent cx="1247775" cy="1256322"/>
            <wp:effectExtent l="0" t="0" r="0" b="1270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77" t="32068" r="29011" b="29673"/>
                    <a:stretch/>
                  </pic:blipFill>
                  <pic:spPr bwMode="auto">
                    <a:xfrm>
                      <a:off x="0" y="0"/>
                      <a:ext cx="1247775" cy="125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34BA">
        <w:rPr>
          <w:rFonts w:ascii="Times New Roman" w:eastAsia="Times New Roman" w:hAnsi="Times New Roman" w:cs="Times New Roman"/>
          <w:b/>
          <w:bCs/>
          <w:color w:val="000000"/>
          <w:szCs w:val="18"/>
          <w:lang w:val="it-IT" w:eastAsia="it-IT"/>
        </w:rPr>
        <w:t>ISTITUTO COMPRENSIVO STATALE DI MANDATORICCIO</w:t>
      </w:r>
      <w:r w:rsidRPr="006234BA">
        <w:rPr>
          <w:rFonts w:ascii="Times New Roman" w:eastAsia="Times New Roman" w:hAnsi="Times New Roman" w:cs="Times New Roman"/>
          <w:b/>
          <w:bCs/>
          <w:szCs w:val="18"/>
          <w:lang w:val="it-IT" w:eastAsia="it-IT"/>
        </w:rPr>
        <w:br/>
      </w:r>
      <w:r w:rsidRPr="006234BA">
        <w:rPr>
          <w:rFonts w:ascii="Times New Roman" w:eastAsia="Times New Roman" w:hAnsi="Times New Roman" w:cs="Times New Roman"/>
          <w:color w:val="000000"/>
          <w:szCs w:val="18"/>
          <w:lang w:val="it-IT" w:eastAsia="it-IT"/>
        </w:rPr>
        <w:t>Infanzia – Primaria –Secondaria I° Grado</w:t>
      </w:r>
      <w:r w:rsidRPr="006234BA">
        <w:rPr>
          <w:rFonts w:ascii="Times New Roman" w:eastAsia="Times New Roman" w:hAnsi="Times New Roman" w:cs="Times New Roman"/>
          <w:szCs w:val="18"/>
          <w:lang w:val="it-IT" w:eastAsia="it-IT"/>
        </w:rPr>
        <w:br/>
      </w:r>
      <w:r w:rsidRPr="006234BA">
        <w:rPr>
          <w:rFonts w:ascii="Times New Roman" w:eastAsia="Times New Roman" w:hAnsi="Times New Roman" w:cs="Times New Roman"/>
          <w:b/>
          <w:bCs/>
          <w:color w:val="000000"/>
          <w:szCs w:val="18"/>
          <w:lang w:val="it-IT" w:eastAsia="it-IT"/>
        </w:rPr>
        <w:t>MANDATORICCIO - PIETRAPAOLA - CALOPEZZATI – CAMPANA – SCALA COELI</w:t>
      </w:r>
      <w:r w:rsidRPr="006234BA">
        <w:rPr>
          <w:rFonts w:ascii="Times New Roman" w:eastAsia="Times New Roman" w:hAnsi="Times New Roman" w:cs="Times New Roman"/>
          <w:b/>
          <w:bCs/>
          <w:szCs w:val="18"/>
          <w:lang w:val="it-IT" w:eastAsia="it-IT"/>
        </w:rPr>
        <w:br/>
      </w:r>
      <w:r w:rsidRPr="006234BA">
        <w:rPr>
          <w:rFonts w:ascii="Times New Roman" w:eastAsia="Times New Roman" w:hAnsi="Times New Roman" w:cs="Times New Roman"/>
          <w:color w:val="000000"/>
          <w:szCs w:val="18"/>
          <w:lang w:val="it-IT" w:eastAsia="it-IT"/>
        </w:rPr>
        <w:t>Via Nazionale, 156 – 87060 MANDATORICCIO CS</w:t>
      </w:r>
      <w:r w:rsidRPr="006234BA">
        <w:rPr>
          <w:rFonts w:ascii="Times New Roman" w:eastAsia="Times New Roman" w:hAnsi="Times New Roman" w:cs="Times New Roman"/>
          <w:szCs w:val="18"/>
          <w:lang w:val="it-IT" w:eastAsia="it-IT"/>
        </w:rPr>
        <w:br/>
      </w:r>
      <w:r w:rsidRPr="006234BA">
        <w:rPr>
          <w:rFonts w:ascii="Times New Roman" w:eastAsia="Times New Roman" w:hAnsi="Times New Roman" w:cs="Times New Roman"/>
          <w:color w:val="000000"/>
          <w:szCs w:val="18"/>
          <w:lang w:val="it-IT" w:eastAsia="it-IT"/>
        </w:rPr>
        <w:t>Tel./Fax 0983/995893 -- 0983/994060 C.F. 97009070786 Codice Univoco Ufficio: UFGI02</w:t>
      </w:r>
      <w:r w:rsidRPr="006234BA">
        <w:rPr>
          <w:rFonts w:ascii="Times New Roman" w:eastAsia="Times New Roman" w:hAnsi="Times New Roman" w:cs="Times New Roman"/>
          <w:szCs w:val="18"/>
          <w:lang w:val="it-IT" w:eastAsia="it-IT"/>
        </w:rPr>
        <w:br/>
      </w:r>
      <w:r w:rsidRPr="006234BA">
        <w:rPr>
          <w:rFonts w:ascii="Times New Roman" w:eastAsia="Times New Roman" w:hAnsi="Times New Roman" w:cs="Times New Roman"/>
          <w:color w:val="000000"/>
          <w:szCs w:val="18"/>
          <w:lang w:val="it-IT" w:eastAsia="it-IT"/>
        </w:rPr>
        <w:t xml:space="preserve">Sito: </w:t>
      </w:r>
      <w:hyperlink r:id="rId12" w:history="1">
        <w:r w:rsidRPr="006234BA">
          <w:rPr>
            <w:rFonts w:ascii="Times New Roman" w:eastAsia="Times New Roman" w:hAnsi="Times New Roman" w:cs="Times New Roman"/>
            <w:color w:val="0000FF"/>
            <w:szCs w:val="18"/>
            <w:lang w:val="it-IT" w:eastAsia="it-IT"/>
          </w:rPr>
          <w:t>www.icmandatoriccio.edu.it</w:t>
        </w:r>
      </w:hyperlink>
      <w:r w:rsidRPr="006234BA">
        <w:rPr>
          <w:rFonts w:ascii="Times New Roman" w:eastAsia="Times New Roman" w:hAnsi="Times New Roman" w:cs="Times New Roman"/>
          <w:color w:val="0000FF"/>
          <w:szCs w:val="18"/>
          <w:lang w:val="it-IT" w:eastAsia="it-IT"/>
        </w:rPr>
        <w:t xml:space="preserve"> </w:t>
      </w:r>
      <w:r w:rsidRPr="006234BA">
        <w:rPr>
          <w:rFonts w:ascii="Times New Roman" w:eastAsia="Times New Roman" w:hAnsi="Times New Roman" w:cs="Times New Roman"/>
          <w:color w:val="000000"/>
          <w:szCs w:val="18"/>
          <w:lang w:val="it-IT" w:eastAsia="it-IT"/>
        </w:rPr>
        <w:t xml:space="preserve">Email: </w:t>
      </w:r>
      <w:r w:rsidRPr="006234BA">
        <w:rPr>
          <w:rFonts w:ascii="Times New Roman" w:eastAsia="Times New Roman" w:hAnsi="Times New Roman" w:cs="Times New Roman"/>
          <w:color w:val="0000FF"/>
          <w:szCs w:val="18"/>
          <w:lang w:val="it-IT" w:eastAsia="it-IT"/>
        </w:rPr>
        <w:t xml:space="preserve">csic849003@istruzione.it </w:t>
      </w:r>
      <w:r w:rsidRPr="006234BA">
        <w:rPr>
          <w:rFonts w:ascii="Times New Roman" w:eastAsia="Times New Roman" w:hAnsi="Times New Roman" w:cs="Times New Roman"/>
          <w:color w:val="000000"/>
          <w:szCs w:val="18"/>
          <w:lang w:val="it-IT" w:eastAsia="it-IT"/>
        </w:rPr>
        <w:t xml:space="preserve">PEC: </w:t>
      </w:r>
      <w:hyperlink r:id="rId13" w:history="1">
        <w:r w:rsidRPr="006234BA">
          <w:rPr>
            <w:rFonts w:ascii="Times New Roman" w:eastAsia="Times New Roman" w:hAnsi="Times New Roman" w:cs="Times New Roman"/>
            <w:color w:val="0563C1"/>
            <w:szCs w:val="18"/>
            <w:u w:val="single"/>
            <w:lang w:val="it-IT" w:eastAsia="it-IT"/>
          </w:rPr>
          <w:t>csic849003@pec.istruzione.it</w:t>
        </w:r>
      </w:hyperlink>
      <w:bookmarkEnd w:id="0"/>
    </w:p>
    <w:p w14:paraId="5DD36964" w14:textId="66C6EC97" w:rsidR="00382931" w:rsidRDefault="00382931" w:rsidP="00382931">
      <w:pPr>
        <w:spacing w:after="120"/>
        <w:jc w:val="right"/>
        <w:rPr>
          <w:rFonts w:ascii="Times New Roman" w:hAnsi="Times New Roman" w:cs="Times New Roman"/>
          <w:sz w:val="24"/>
          <w:szCs w:val="32"/>
          <w:lang w:val="it-IT"/>
        </w:rPr>
      </w:pPr>
    </w:p>
    <w:p w14:paraId="786F5AF5" w14:textId="77777777" w:rsidR="006234BA" w:rsidRPr="002D29D1" w:rsidRDefault="006234BA" w:rsidP="00382931">
      <w:pPr>
        <w:spacing w:after="120"/>
        <w:jc w:val="right"/>
        <w:rPr>
          <w:rFonts w:ascii="Times New Roman" w:hAnsi="Times New Roman" w:cs="Times New Roman"/>
          <w:sz w:val="24"/>
          <w:szCs w:val="32"/>
          <w:lang w:val="it-IT"/>
        </w:rPr>
      </w:pPr>
    </w:p>
    <w:p w14:paraId="45C0838D" w14:textId="58380636" w:rsidR="004C5D4A" w:rsidRPr="002D29D1" w:rsidRDefault="00DA41FB" w:rsidP="00382931">
      <w:pPr>
        <w:spacing w:after="120"/>
        <w:jc w:val="right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Al/Alla Docente ____________________________________</w:t>
      </w:r>
    </w:p>
    <w:p w14:paraId="364A122C" w14:textId="77777777" w:rsidR="00382931" w:rsidRPr="002D29D1" w:rsidRDefault="00382931" w:rsidP="00382931">
      <w:pPr>
        <w:spacing w:after="0"/>
        <w:jc w:val="center"/>
        <w:rPr>
          <w:rFonts w:ascii="Times New Roman" w:hAnsi="Times New Roman" w:cs="Times New Roman"/>
          <w:b/>
          <w:sz w:val="36"/>
          <w:szCs w:val="32"/>
          <w:lang w:val="it-IT"/>
        </w:rPr>
      </w:pPr>
    </w:p>
    <w:p w14:paraId="30229536" w14:textId="58CF6851" w:rsidR="00382931" w:rsidRPr="002D29D1" w:rsidRDefault="00E34730" w:rsidP="00382931">
      <w:pPr>
        <w:spacing w:after="0"/>
        <w:jc w:val="center"/>
        <w:rPr>
          <w:rFonts w:ascii="Times New Roman" w:hAnsi="Times New Roman" w:cs="Times New Roman"/>
          <w:b/>
          <w:sz w:val="36"/>
          <w:szCs w:val="32"/>
          <w:lang w:val="it-IT"/>
        </w:rPr>
      </w:pPr>
      <w:r>
        <w:rPr>
          <w:rFonts w:ascii="Times New Roman" w:hAnsi="Times New Roman" w:cs="Times New Roman"/>
          <w:b/>
          <w:sz w:val="36"/>
          <w:szCs w:val="32"/>
          <w:lang w:val="it-IT"/>
        </w:rPr>
        <w:t>NOMINA</w:t>
      </w:r>
      <w:r w:rsidR="00382931" w:rsidRPr="002D29D1">
        <w:rPr>
          <w:rFonts w:ascii="Times New Roman" w:hAnsi="Times New Roman" w:cs="Times New Roman"/>
          <w:b/>
          <w:sz w:val="36"/>
          <w:szCs w:val="32"/>
          <w:lang w:val="it-IT"/>
        </w:rPr>
        <w:t xml:space="preserve"> PERSONALE DOCENTE </w:t>
      </w:r>
    </w:p>
    <w:p w14:paraId="07F62EBA" w14:textId="27E1D2E7" w:rsidR="00382931" w:rsidRPr="002D29D1" w:rsidRDefault="00382931" w:rsidP="00382931">
      <w:pPr>
        <w:spacing w:after="0"/>
        <w:jc w:val="center"/>
        <w:rPr>
          <w:rFonts w:ascii="Times New Roman" w:hAnsi="Times New Roman" w:cs="Times New Roman"/>
          <w:b/>
          <w:sz w:val="36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36"/>
          <w:szCs w:val="32"/>
          <w:lang w:val="it-IT"/>
        </w:rPr>
        <w:t xml:space="preserve">TRATTAMENTO DEI DATI PERSONALI </w:t>
      </w:r>
    </w:p>
    <w:p w14:paraId="2F6A7048" w14:textId="77777777" w:rsidR="00382931" w:rsidRPr="002D29D1" w:rsidRDefault="00382931" w:rsidP="00382931">
      <w:pPr>
        <w:spacing w:after="120"/>
        <w:rPr>
          <w:rFonts w:ascii="Times New Roman" w:hAnsi="Times New Roman" w:cs="Times New Roman"/>
          <w:b/>
          <w:sz w:val="24"/>
          <w:szCs w:val="32"/>
          <w:lang w:val="it-IT"/>
        </w:rPr>
      </w:pPr>
    </w:p>
    <w:p w14:paraId="2A88859C" w14:textId="127F0EE0" w:rsidR="004C5D4A" w:rsidRPr="002D29D1" w:rsidRDefault="00DA41FB" w:rsidP="00382931">
      <w:pPr>
        <w:spacing w:after="12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Oggetto: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autorizzazione al trattamento dei dati personali ai sensi degli artt. 29 e 32, par. 4, del Regolamento (UE) 2016/679 e dell’art. 2-quaterdecies del d.lgs. 196/2003.</w:t>
      </w:r>
    </w:p>
    <w:p w14:paraId="527A8D02" w14:textId="4E16F920" w:rsidR="004C5D4A" w:rsidRPr="0048615B" w:rsidRDefault="006234BA" w:rsidP="00382931">
      <w:pPr>
        <w:spacing w:before="80" w:after="80"/>
        <w:jc w:val="center"/>
        <w:rPr>
          <w:rFonts w:ascii="Times New Roman" w:hAnsi="Times New Roman" w:cs="Times New Roman"/>
          <w:sz w:val="28"/>
          <w:szCs w:val="36"/>
          <w:lang w:val="it-IT"/>
        </w:rPr>
      </w:pPr>
      <w:r>
        <w:rPr>
          <w:rFonts w:ascii="Times New Roman" w:hAnsi="Times New Roman" w:cs="Times New Roman"/>
          <w:b/>
          <w:sz w:val="32"/>
          <w:szCs w:val="36"/>
          <w:lang w:val="it-IT"/>
        </w:rPr>
        <w:t xml:space="preserve">LA </w:t>
      </w:r>
      <w:r w:rsidR="00DA41FB" w:rsidRPr="0048615B">
        <w:rPr>
          <w:rFonts w:ascii="Times New Roman" w:hAnsi="Times New Roman" w:cs="Times New Roman"/>
          <w:b/>
          <w:sz w:val="32"/>
          <w:szCs w:val="36"/>
          <w:lang w:val="it-IT"/>
        </w:rPr>
        <w:t xml:space="preserve"> DIRIGENTE SCOLASTIC</w:t>
      </w:r>
      <w:r>
        <w:rPr>
          <w:rFonts w:ascii="Times New Roman" w:hAnsi="Times New Roman" w:cs="Times New Roman"/>
          <w:b/>
          <w:sz w:val="32"/>
          <w:szCs w:val="36"/>
          <w:lang w:val="it-IT"/>
        </w:rPr>
        <w:t>A</w:t>
      </w:r>
    </w:p>
    <w:p w14:paraId="42806FAD" w14:textId="0BFC8173" w:rsidR="004C5D4A" w:rsidRPr="002D29D1" w:rsidRDefault="00DA41FB" w:rsidP="00316301">
      <w:pPr>
        <w:spacing w:after="40"/>
        <w:ind w:left="1843" w:hanging="1843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VISTO </w:t>
      </w:r>
      <w:r w:rsidR="00316301" w:rsidRPr="002D29D1">
        <w:rPr>
          <w:rFonts w:ascii="Times New Roman" w:hAnsi="Times New Roman" w:cs="Times New Roman"/>
          <w:b/>
          <w:sz w:val="24"/>
          <w:szCs w:val="32"/>
          <w:lang w:val="it-IT"/>
        </w:rPr>
        <w:tab/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il Regolamento UE</w:t>
      </w:r>
      <w:r w:rsidR="00316301" w:rsidRPr="002D29D1">
        <w:rPr>
          <w:rFonts w:ascii="Times New Roman" w:hAnsi="Times New Roman" w:cs="Times New Roman"/>
          <w:sz w:val="24"/>
          <w:szCs w:val="32"/>
          <w:lang w:val="it-IT"/>
        </w:rPr>
        <w:t xml:space="preserve">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2016/679 GDPR, con particolare riferimento agli artt. 5, 24, 29 e 32;</w:t>
      </w:r>
    </w:p>
    <w:p w14:paraId="5449138B" w14:textId="472DF23E" w:rsidR="004C5D4A" w:rsidRPr="002D29D1" w:rsidRDefault="00DA41FB" w:rsidP="00316301">
      <w:pPr>
        <w:spacing w:after="40"/>
        <w:ind w:left="1843" w:hanging="1843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VISTO </w:t>
      </w:r>
      <w:r w:rsidR="00316301" w:rsidRPr="002D29D1">
        <w:rPr>
          <w:rFonts w:ascii="Times New Roman" w:hAnsi="Times New Roman" w:cs="Times New Roman"/>
          <w:b/>
          <w:sz w:val="24"/>
          <w:szCs w:val="32"/>
          <w:lang w:val="it-IT"/>
        </w:rPr>
        <w:tab/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il decreto legislativo 30 giugno 2003, n. 196, come modificato dal d.lgs. 10 agosto 2018, n. 101, e in particolare l’art. 2-quaterdecies;</w:t>
      </w:r>
    </w:p>
    <w:p w14:paraId="127F9138" w14:textId="24B189E5" w:rsidR="004C5D4A" w:rsidRPr="002D29D1" w:rsidRDefault="00DA41FB" w:rsidP="00316301">
      <w:pPr>
        <w:spacing w:after="40"/>
        <w:ind w:left="1843" w:hanging="1843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CONSIDERATO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che l’Istituto, quale Titolare del trattamento, deve individuare le persone che, in ragione delle mansioni loro affidate, sono autorizzate ad accedere e trattare dati personali sotto la propria autorità e secondo istruzioni documentate;</w:t>
      </w:r>
    </w:p>
    <w:p w14:paraId="42F2BD07" w14:textId="6DE5D1E1" w:rsidR="004C5D4A" w:rsidRPr="002D29D1" w:rsidRDefault="00DA41FB" w:rsidP="00316301">
      <w:pPr>
        <w:spacing w:after="40"/>
        <w:ind w:left="1843" w:hanging="1843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CONSIDERATO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che il personale docente, nello svolgimento delle attività didattiche, educative, valutative, collegiali e nei rapporti con le famiglie, tratta dati personali riferiti principalmente ad alunni e famiglie e, nei casi necessari, anche categorie particolari di dati;</w:t>
      </w:r>
    </w:p>
    <w:p w14:paraId="754A8B68" w14:textId="77777777" w:rsidR="004C5D4A" w:rsidRPr="002D29D1" w:rsidRDefault="00DA41FB" w:rsidP="00316301">
      <w:pPr>
        <w:spacing w:after="40"/>
        <w:ind w:left="1843" w:hanging="1843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TENUTO CONTO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dei principi di liceità, correttezza, trasparenza, limitazione delle finalità, minimizzazione, esattezza, limitazione della conservazione, integrità e riservatezza;</w:t>
      </w:r>
    </w:p>
    <w:p w14:paraId="10580C21" w14:textId="77777777" w:rsidR="00382931" w:rsidRPr="002D29D1" w:rsidRDefault="00382931" w:rsidP="00382931">
      <w:pPr>
        <w:spacing w:after="40"/>
        <w:rPr>
          <w:rFonts w:ascii="Times New Roman" w:hAnsi="Times New Roman" w:cs="Times New Roman"/>
          <w:sz w:val="24"/>
          <w:szCs w:val="32"/>
          <w:lang w:val="it-IT"/>
        </w:rPr>
      </w:pPr>
    </w:p>
    <w:p w14:paraId="47D31B21" w14:textId="77777777" w:rsidR="004C5D4A" w:rsidRPr="002D29D1" w:rsidRDefault="00DA41FB" w:rsidP="00382931">
      <w:pPr>
        <w:spacing w:before="120" w:after="80"/>
        <w:jc w:val="center"/>
        <w:rPr>
          <w:rFonts w:ascii="Times New Roman" w:hAnsi="Times New Roman" w:cs="Times New Roman"/>
          <w:b/>
          <w:sz w:val="32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32"/>
          <w:szCs w:val="32"/>
          <w:lang w:val="it-IT"/>
        </w:rPr>
        <w:t>DESIGNA E AUTORIZZA</w:t>
      </w:r>
    </w:p>
    <w:p w14:paraId="5C97FAA5" w14:textId="77777777" w:rsidR="00382931" w:rsidRPr="002D29D1" w:rsidRDefault="00382931" w:rsidP="00382931">
      <w:pPr>
        <w:spacing w:before="120" w:after="80"/>
        <w:jc w:val="center"/>
        <w:rPr>
          <w:rFonts w:ascii="Times New Roman" w:hAnsi="Times New Roman" w:cs="Times New Roman"/>
          <w:sz w:val="24"/>
          <w:szCs w:val="32"/>
          <w:lang w:val="it-IT"/>
        </w:rPr>
      </w:pPr>
    </w:p>
    <w:p w14:paraId="08C48EB1" w14:textId="13F8625F" w:rsidR="004C5D4A" w:rsidRPr="002D29D1" w:rsidRDefault="00DA41FB" w:rsidP="00382931">
      <w:pPr>
        <w:spacing w:after="8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lastRenderedPageBreak/>
        <w:t xml:space="preserve">il/la docente </w:t>
      </w: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>____________________________________________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 xml:space="preserve">, </w:t>
      </w:r>
      <w:r w:rsidR="00316301" w:rsidRPr="002D29D1">
        <w:rPr>
          <w:rFonts w:ascii="Times New Roman" w:hAnsi="Times New Roman" w:cs="Times New Roman"/>
          <w:sz w:val="24"/>
          <w:szCs w:val="32"/>
          <w:lang w:val="it-IT"/>
        </w:rPr>
        <w:t xml:space="preserve">C.F. </w:t>
      </w:r>
      <w:r w:rsidR="00316301" w:rsidRPr="002D29D1">
        <w:rPr>
          <w:rFonts w:ascii="Times New Roman" w:hAnsi="Times New Roman" w:cs="Times New Roman"/>
          <w:b/>
          <w:bCs/>
          <w:sz w:val="24"/>
          <w:szCs w:val="32"/>
          <w:lang w:val="it-IT"/>
        </w:rPr>
        <w:t>______</w:t>
      </w:r>
      <w:r w:rsidR="002D29D1">
        <w:rPr>
          <w:rFonts w:ascii="Times New Roman" w:hAnsi="Times New Roman" w:cs="Times New Roman"/>
          <w:b/>
          <w:bCs/>
          <w:sz w:val="24"/>
          <w:szCs w:val="32"/>
          <w:lang w:val="it-IT"/>
        </w:rPr>
        <w:t>__</w:t>
      </w:r>
      <w:r w:rsidR="00316301" w:rsidRPr="002D29D1">
        <w:rPr>
          <w:rFonts w:ascii="Times New Roman" w:hAnsi="Times New Roman" w:cs="Times New Roman"/>
          <w:b/>
          <w:bCs/>
          <w:sz w:val="24"/>
          <w:szCs w:val="32"/>
          <w:lang w:val="it-IT"/>
        </w:rPr>
        <w:t xml:space="preserve">___________________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 xml:space="preserve">in servizio presso l’Istituto, quale </w:t>
      </w: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>persona autorizzata al trattamento dei dati personali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 xml:space="preserve"> per le operazioni strettamente necessarie allo svolgimento delle funzioni e dei compiti assegnati.</w:t>
      </w:r>
    </w:p>
    <w:p w14:paraId="78F8A03E" w14:textId="77777777" w:rsidR="00382931" w:rsidRPr="002D29D1" w:rsidRDefault="00382931" w:rsidP="00382931">
      <w:pPr>
        <w:spacing w:before="8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L’autorizzazione è limitata ai trattamenti strettamente necessari allo svolgimento delle mansioni e delle funzioni attribuite. Essa cessa o si modifica al venir meno o al variare delle funzioni che ne costituiscono il presupposto.</w:t>
      </w:r>
    </w:p>
    <w:p w14:paraId="28F31148" w14:textId="77777777" w:rsidR="00316301" w:rsidRPr="002D29D1" w:rsidRDefault="00316301" w:rsidP="00382931">
      <w:pPr>
        <w:spacing w:before="80" w:after="60"/>
        <w:rPr>
          <w:rFonts w:ascii="Times New Roman" w:hAnsi="Times New Roman" w:cs="Times New Roman"/>
          <w:sz w:val="24"/>
          <w:szCs w:val="32"/>
          <w:lang w:val="it-IT"/>
        </w:rPr>
      </w:pPr>
    </w:p>
    <w:p w14:paraId="3E1D9F0A" w14:textId="49DB3121" w:rsidR="004C5D4A" w:rsidRPr="002D29D1" w:rsidRDefault="00DA41FB" w:rsidP="00382931">
      <w:pPr>
        <w:spacing w:before="8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8"/>
          <w:szCs w:val="32"/>
          <w:lang w:val="it-IT"/>
        </w:rPr>
        <w:t>1. AMBITO DELL’AUTORIZZAZIONE</w:t>
      </w:r>
    </w:p>
    <w:p w14:paraId="116B20F8" w14:textId="77777777" w:rsidR="004C5D4A" w:rsidRPr="002D29D1" w:rsidRDefault="00DA41FB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1.1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Il docente può trattare, nei limiti necessari allo svolgimento dei propri compiti, dati identificativi e di contatto di alunni e familiari, dati relativi alla frequenza, al percorso didattico, al profitto, alla valutazione, alle assenze, ai provvedimenti e alle attività scolastiche, nonché gli ulteriori dati pertinenti alle funzioni attribuite.</w:t>
      </w:r>
    </w:p>
    <w:p w14:paraId="55DC97DE" w14:textId="77777777" w:rsidR="004C5D4A" w:rsidRPr="002D29D1" w:rsidRDefault="00DA41FB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1.2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L’accesso a categorie particolari di dati (ad es. salute, disabilità, bisogni educativi, convinzioni religiose ove rilevanti) o a dati relativi a condanne penali e reati è consentito soltanto quando strettamente necessario per uno specifico compito istituzionale e nei limiti delle informazioni che il docente è legittimato a conoscere.</w:t>
      </w:r>
    </w:p>
    <w:p w14:paraId="0ABB0E52" w14:textId="196BE775" w:rsidR="004C5D4A" w:rsidRPr="002D29D1" w:rsidRDefault="00DA41FB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1.3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Le operazioni autorizzate possono comprendere, secondo le funzioni assegnate: consultazione, raccolta, registrazione, organizzazione, aggiornamento, utilizzo, comunicazione nei casi consentiti, conservazione temporanea e cancellazione/restituzione secondo le procedure dell’Istituto</w:t>
      </w:r>
      <w:r w:rsidR="00F9128C">
        <w:rPr>
          <w:rFonts w:ascii="Times New Roman" w:hAnsi="Times New Roman" w:cs="Times New Roman"/>
          <w:sz w:val="24"/>
          <w:szCs w:val="32"/>
          <w:lang w:val="it-IT"/>
        </w:rPr>
        <w:t xml:space="preserve"> </w:t>
      </w:r>
      <w:r w:rsidR="00F9128C">
        <w:rPr>
          <w:rFonts w:ascii="Times New Roman" w:hAnsi="Times New Roman" w:cs="Times New Roman"/>
          <w:sz w:val="24"/>
          <w:szCs w:val="32"/>
          <w:lang w:val="it-IT"/>
        </w:rPr>
        <w:fldChar w:fldCharType="begin"/>
      </w:r>
      <w:r w:rsidR="00F9128C">
        <w:rPr>
          <w:rFonts w:ascii="Times New Roman" w:hAnsi="Times New Roman" w:cs="Times New Roman"/>
          <w:sz w:val="24"/>
          <w:szCs w:val="32"/>
          <w:lang w:val="it-IT"/>
        </w:rPr>
        <w:instrText xml:space="preserve"> MERGEFIELD Intestazione </w:instrText>
      </w:r>
      <w:r w:rsidR="00F9128C">
        <w:rPr>
          <w:rFonts w:ascii="Times New Roman" w:hAnsi="Times New Roman" w:cs="Times New Roman"/>
          <w:sz w:val="24"/>
          <w:szCs w:val="32"/>
          <w:lang w:val="it-IT"/>
        </w:rPr>
        <w:fldChar w:fldCharType="separate"/>
      </w:r>
      <w:r w:rsidR="00285C4C">
        <w:rPr>
          <w:rFonts w:ascii="Times New Roman" w:hAnsi="Times New Roman" w:cs="Times New Roman"/>
          <w:noProof/>
          <w:sz w:val="24"/>
          <w:szCs w:val="32"/>
          <w:lang w:val="it-IT"/>
        </w:rPr>
        <w:t>«Intestazione»</w:t>
      </w:r>
      <w:r w:rsidR="00F9128C">
        <w:rPr>
          <w:rFonts w:ascii="Times New Roman" w:hAnsi="Times New Roman" w:cs="Times New Roman"/>
          <w:sz w:val="24"/>
          <w:szCs w:val="32"/>
          <w:lang w:val="it-IT"/>
        </w:rPr>
        <w:fldChar w:fldCharType="end"/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.</w:t>
      </w:r>
    </w:p>
    <w:p w14:paraId="3941D348" w14:textId="77777777" w:rsidR="00316301" w:rsidRPr="002D29D1" w:rsidRDefault="00316301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</w:p>
    <w:p w14:paraId="45211E21" w14:textId="77777777" w:rsidR="004C5D4A" w:rsidRPr="002D29D1" w:rsidRDefault="00DA41FB" w:rsidP="00382931">
      <w:pPr>
        <w:spacing w:before="10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8"/>
          <w:szCs w:val="32"/>
          <w:lang w:val="it-IT"/>
        </w:rPr>
        <w:t>2. ISTRUZIONI GENERALI E OBBLIGO DI RISERVATEZZA</w:t>
      </w:r>
    </w:p>
    <w:p w14:paraId="228DB6A0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Trattare esclusivamente i dati necessari alle attività istituzionali e alle mansioni assegnate; è vietato utilizzare i dati per finalità personali o comunque incompatibili con quelle scolastiche.</w:t>
      </w:r>
    </w:p>
    <w:p w14:paraId="31A3DB69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Non comunicare né diffondere dati personali a soggetti non autorizzati. La conoscenza di informazioni da parte di colleghi deve essere limitata a chi ne abbia effettiva necessità per ragioni di servizio.</w:t>
      </w:r>
    </w:p>
    <w:p w14:paraId="76252954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Osservare la massima riservatezza durante colloqui, consigli di classe, scrutini, riunioni, comunicazioni telefoniche o telematiche, evitando che terzi possano ascoltare o prendere visione di informazioni riservate.</w:t>
      </w:r>
    </w:p>
    <w:p w14:paraId="0AAF61B9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Non lasciare incustoditi registri, elenchi, verifiche, relazioni, PEI/PDP, certificazioni, verbali o altri documenti contenenti dati personali; riporli negli spazi o sistemi indicati dall’Istituto.</w:t>
      </w:r>
    </w:p>
    <w:p w14:paraId="0544A065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Non creare copie, archivi o elenchi ulteriori rispetto a quelli necessari; eliminare in modo sicuro le copie di lavoro quando non più necessarie e attenersi alle regole di conservazione dell’Istituto.</w:t>
      </w:r>
    </w:p>
    <w:p w14:paraId="34CA0049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L’obbligo di riservatezza permane anche dopo la cessazione dal servizio o dall’incarico.</w:t>
      </w:r>
    </w:p>
    <w:p w14:paraId="6F48AC1E" w14:textId="77777777" w:rsidR="00316301" w:rsidRPr="002D29D1" w:rsidRDefault="00316301" w:rsidP="00316301">
      <w:pPr>
        <w:pStyle w:val="Puntoelenco"/>
        <w:numPr>
          <w:ilvl w:val="0"/>
          <w:numId w:val="0"/>
        </w:numPr>
        <w:spacing w:after="40"/>
        <w:ind w:left="360"/>
        <w:rPr>
          <w:rFonts w:ascii="Times New Roman" w:hAnsi="Times New Roman" w:cs="Times New Roman"/>
          <w:sz w:val="24"/>
          <w:szCs w:val="32"/>
          <w:lang w:val="it-IT"/>
        </w:rPr>
      </w:pPr>
    </w:p>
    <w:p w14:paraId="4479AFD6" w14:textId="77777777" w:rsidR="004C5D4A" w:rsidRPr="002D29D1" w:rsidRDefault="00DA41FB" w:rsidP="00382931">
      <w:pPr>
        <w:spacing w:before="10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8"/>
          <w:szCs w:val="32"/>
          <w:lang w:val="it-IT"/>
        </w:rPr>
        <w:t>3. REGISTRO ELETTRONICO, ACCOUNT E STRUMENTI DIGITALI</w:t>
      </w:r>
    </w:p>
    <w:p w14:paraId="0B5B6AE1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Utilizzare esclusivamente credenziali personali e non condividerle; proteggere password e sistemi di autenticazione e segnalare immediatamente smarrimento, compromissione o accessi anomali.</w:t>
      </w:r>
    </w:p>
    <w:p w14:paraId="4D1FEDD0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Bloccare lo schermo o disconnettersi quando ci si allontana dal dispositivo; evitare il salvataggio automatico delle credenziali su dispositivi condivisi o non controllati.</w:t>
      </w:r>
    </w:p>
    <w:p w14:paraId="5CF3279E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lastRenderedPageBreak/>
        <w:t>Utilizzare, per le attività istituzionali, gli account, il registro elettronico, le piattaforme e i servizi espressamente messi a disposizione o autorizzati dall’Istituto.</w:t>
      </w:r>
    </w:p>
    <w:p w14:paraId="7743B72E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Non trasferire dati scolastici su servizi cloud personali, caselle e-mail private, archivi o applicazioni non autorizzate; evitare l’invio di dati tramite sistemi di messaggistica personale quando non previsto dalle procedure dell’Istituto.</w:t>
      </w:r>
    </w:p>
    <w:p w14:paraId="7BD7574B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In caso di utilizzo consentito di dispositivi personali, adottare almeno blocco del dispositivo, aggiornamenti di sicurezza, protezione delle credenziali e separazione dei dati scolastici, cancellando le copie locali non più necessarie.</w:t>
      </w:r>
    </w:p>
    <w:p w14:paraId="0F3CD48E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Prestare particolare attenzione a phishing, allegati e link sospetti; non installare software o estensioni non autorizzati su dispositivi dell’Istituto.</w:t>
      </w:r>
    </w:p>
    <w:p w14:paraId="616587D1" w14:textId="77777777" w:rsidR="00316301" w:rsidRPr="002D29D1" w:rsidRDefault="00316301" w:rsidP="00316301">
      <w:pPr>
        <w:pStyle w:val="Puntoelenco"/>
        <w:numPr>
          <w:ilvl w:val="0"/>
          <w:numId w:val="0"/>
        </w:numPr>
        <w:spacing w:after="40"/>
        <w:ind w:left="360"/>
        <w:rPr>
          <w:rFonts w:ascii="Times New Roman" w:hAnsi="Times New Roman" w:cs="Times New Roman"/>
          <w:sz w:val="24"/>
          <w:szCs w:val="32"/>
          <w:lang w:val="it-IT"/>
        </w:rPr>
      </w:pPr>
    </w:p>
    <w:p w14:paraId="2BB30C40" w14:textId="77777777" w:rsidR="004C5D4A" w:rsidRPr="002D29D1" w:rsidRDefault="00DA41FB" w:rsidP="00382931">
      <w:pPr>
        <w:spacing w:before="10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8"/>
          <w:szCs w:val="32"/>
          <w:lang w:val="it-IT"/>
        </w:rPr>
        <w:t>4. COMUNICAZIONI, VALUTAZIONI E RAPPORTI CON LE FAMIGLIE</w:t>
      </w:r>
    </w:p>
    <w:p w14:paraId="0EE9C3BA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Le comunicazioni contenenti dati personali devono essere indirizzate esclusivamente ai destinatari legittimati, verificandone con attenzione identità e recapiti.</w:t>
      </w:r>
    </w:p>
    <w:p w14:paraId="39066D32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Nelle e-mail inviate a più destinatari non legati tra loro, utilizzare modalità che non espongano indebitamente gli indirizzi degli altri destinatari (ad es. Ccn/Bcc), salvo che la conoscibilità reciproca sia necessaria e legittima.</w:t>
      </w:r>
    </w:p>
    <w:p w14:paraId="4697DA99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Esiti, voti, giudizi, situazioni disciplinari, sanitarie o familiari devono essere comunicati con modalità riservate e attraverso i canali istituzionali previsti.</w:t>
      </w:r>
    </w:p>
    <w:p w14:paraId="4AAA0BB4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Nei colloqui con genitori, tutori o delegati, comunicare soltanto dati riferiti all’alunno per il quale l’interlocutore è legittimato a ricevere informazioni, rispettando eventuali specifiche indicazioni dell’Istituto.</w:t>
      </w:r>
    </w:p>
    <w:p w14:paraId="2F8C6848" w14:textId="77777777" w:rsidR="00316301" w:rsidRPr="002D29D1" w:rsidRDefault="00316301" w:rsidP="00316301">
      <w:pPr>
        <w:pStyle w:val="Puntoelenco"/>
        <w:numPr>
          <w:ilvl w:val="0"/>
          <w:numId w:val="0"/>
        </w:numPr>
        <w:spacing w:after="40"/>
        <w:ind w:left="360"/>
        <w:rPr>
          <w:rFonts w:ascii="Times New Roman" w:hAnsi="Times New Roman" w:cs="Times New Roman"/>
          <w:sz w:val="24"/>
          <w:szCs w:val="32"/>
          <w:lang w:val="it-IT"/>
        </w:rPr>
      </w:pPr>
    </w:p>
    <w:p w14:paraId="788FD659" w14:textId="77777777" w:rsidR="004C5D4A" w:rsidRPr="002D29D1" w:rsidRDefault="00DA41FB" w:rsidP="00382931">
      <w:pPr>
        <w:spacing w:before="10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8"/>
          <w:szCs w:val="32"/>
          <w:lang w:val="it-IT"/>
        </w:rPr>
        <w:t>5. FOTO, VIDEO, AUDIO E MATERIALI DIDATTICI</w:t>
      </w:r>
    </w:p>
    <w:p w14:paraId="411F0BFE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Acquisire, utilizzare o pubblicare immagini, registrazioni audio/video o elaborati riconducibili agli alunni esclusivamente per finalità istituzionali, nel rispetto delle procedure e delle indicazioni fornite dall’Istituto e della base giuridica applicabile.</w:t>
      </w:r>
    </w:p>
    <w:p w14:paraId="5F1BEC42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È vietata la pubblicazione su profili social personali o altri canali non autorizzati di immagini, video, documenti o informazioni riferibili ad alunni, famiglie o personale appresi per ragioni di servizio.</w:t>
      </w:r>
    </w:p>
    <w:p w14:paraId="4D4389C6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Prima di condividere materiali didattici, verificare che non contengano dati personali non necessari o informazioni riferibili a soggetti che non devono esserne destinatari.</w:t>
      </w:r>
    </w:p>
    <w:p w14:paraId="082F67C6" w14:textId="77777777" w:rsidR="00316301" w:rsidRPr="002D29D1" w:rsidRDefault="00316301" w:rsidP="00316301">
      <w:pPr>
        <w:pStyle w:val="Puntoelenco"/>
        <w:numPr>
          <w:ilvl w:val="0"/>
          <w:numId w:val="0"/>
        </w:numPr>
        <w:spacing w:after="40"/>
        <w:ind w:left="360"/>
        <w:rPr>
          <w:rFonts w:ascii="Times New Roman" w:hAnsi="Times New Roman" w:cs="Times New Roman"/>
          <w:sz w:val="24"/>
          <w:szCs w:val="32"/>
          <w:lang w:val="it-IT"/>
        </w:rPr>
      </w:pPr>
    </w:p>
    <w:p w14:paraId="33095D0D" w14:textId="77777777" w:rsidR="004C5D4A" w:rsidRPr="002D29D1" w:rsidRDefault="00DA41FB" w:rsidP="00382931">
      <w:pPr>
        <w:spacing w:before="10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8"/>
          <w:szCs w:val="32"/>
          <w:lang w:val="it-IT"/>
        </w:rPr>
        <w:t>6. STRUMENTI DI INTELLIGENZA ARTIFICIALE E SERVIZI ESTERNI</w:t>
      </w:r>
    </w:p>
    <w:p w14:paraId="094399B0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Non inserire in servizi di intelligenza artificiale generativa o in altri servizi esterni non autorizzati nomi, dati identificativi, elaborati riconducibili, valutazioni, informazioni sanitarie, disciplinari, familiari o comunque dati personali di alunni, famiglie o personale.</w:t>
      </w:r>
    </w:p>
    <w:p w14:paraId="016B9FE0" w14:textId="77777777" w:rsidR="004C5D4A" w:rsidRPr="002D29D1" w:rsidRDefault="00DA41FB" w:rsidP="00382931">
      <w:pPr>
        <w:pStyle w:val="Puntoelenco"/>
        <w:spacing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L’eventuale uso di strumenti di IA o servizi digitali che comportino trattamento di dati personali è consentito soltanto quando previsto o autorizzato dall’Istituto e nel rispetto delle specifiche istruzioni impartite.</w:t>
      </w:r>
    </w:p>
    <w:p w14:paraId="0895ECB1" w14:textId="77777777" w:rsidR="00316301" w:rsidRPr="002D29D1" w:rsidRDefault="00316301" w:rsidP="00316301">
      <w:pPr>
        <w:pStyle w:val="Puntoelenco"/>
        <w:numPr>
          <w:ilvl w:val="0"/>
          <w:numId w:val="0"/>
        </w:numPr>
        <w:spacing w:after="40"/>
        <w:ind w:left="360"/>
        <w:rPr>
          <w:rFonts w:ascii="Times New Roman" w:hAnsi="Times New Roman" w:cs="Times New Roman"/>
          <w:sz w:val="24"/>
          <w:szCs w:val="32"/>
          <w:lang w:val="it-IT"/>
        </w:rPr>
      </w:pPr>
    </w:p>
    <w:p w14:paraId="18E10AED" w14:textId="77777777" w:rsidR="004C5D4A" w:rsidRPr="002D29D1" w:rsidRDefault="00DA41FB" w:rsidP="00382931">
      <w:pPr>
        <w:spacing w:before="10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8"/>
          <w:szCs w:val="32"/>
          <w:lang w:val="it-IT"/>
        </w:rPr>
        <w:lastRenderedPageBreak/>
        <w:t>7. INCIDENTI E VIOLAZIONI DI DATI PERSONALI</w:t>
      </w:r>
    </w:p>
    <w:p w14:paraId="0C6CE292" w14:textId="77777777" w:rsidR="004C5D4A" w:rsidRPr="002D29D1" w:rsidRDefault="00DA41FB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7.1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Qualsiasi evento che possa comportare perdita, distruzione, alterazione, divulgazione o accesso non autorizzato a dati personali deve essere segnalato senza ritardo al Dirigente scolastico o al referente interno individuato dall’Istituto, fornendo le informazioni disponibili e senza intraprendere iniziative autonome verso gli interessati o l’Autorità salvo istruzioni.</w:t>
      </w:r>
    </w:p>
    <w:p w14:paraId="483CAA0E" w14:textId="77777777" w:rsidR="004C5D4A" w:rsidRPr="002D29D1" w:rsidRDefault="00DA41FB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7.2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Rientrano, a titolo esemplificativo, tra gli eventi da segnalare: invio di documenti al destinatario errato, smarrimento di dispositivi o documenti, credenziali compromesse, accessi anomali, pubblicazione accidentale, malware o sottrazione di dati.</w:t>
      </w:r>
    </w:p>
    <w:p w14:paraId="49F29A90" w14:textId="77777777" w:rsidR="00316301" w:rsidRPr="002D29D1" w:rsidRDefault="00316301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</w:p>
    <w:p w14:paraId="5A54C752" w14:textId="77777777" w:rsidR="004C5D4A" w:rsidRPr="002D29D1" w:rsidRDefault="00DA41FB" w:rsidP="00382931">
      <w:pPr>
        <w:spacing w:before="100" w:after="6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8"/>
          <w:szCs w:val="32"/>
          <w:lang w:val="it-IT"/>
        </w:rPr>
        <w:t>8. DISPOSIZIONI FINALI</w:t>
      </w:r>
    </w:p>
    <w:p w14:paraId="016F6A10" w14:textId="77777777" w:rsidR="004C5D4A" w:rsidRPr="002D29D1" w:rsidRDefault="00DA41FB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8.1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La presente designazione integra le disposizioni organizzative e di sicurezza dell’Istituto. Il docente è tenuto a osservare eventuali ulteriori istruzioni, regolamenti, policy, circolari e misure tecniche e organizzative adottate dal Titolare e comunicate al personale.</w:t>
      </w:r>
    </w:p>
    <w:p w14:paraId="2A44900D" w14:textId="77777777" w:rsidR="004C5D4A" w:rsidRPr="002D29D1" w:rsidRDefault="00DA41FB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8.2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In caso di dubbio sulla liceità di un trattamento, sulla comunicazione di dati o sull’utilizzo di un determinato strumento, il docente deve astenersi dall’operazione non necessaria e chiedere indicazioni al Dirigente scolastico o ai soggetti interni competenti.</w:t>
      </w:r>
    </w:p>
    <w:p w14:paraId="23570AF5" w14:textId="77777777" w:rsidR="004C5D4A" w:rsidRPr="002D29D1" w:rsidRDefault="00DA41FB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b/>
          <w:sz w:val="24"/>
          <w:szCs w:val="32"/>
          <w:lang w:val="it-IT"/>
        </w:rPr>
        <w:t xml:space="preserve">8.3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>La violazione delle presenti istruzioni può rilevare sotto il profilo organizzativo, disciplinare e, nei casi previsti, civile, amministrativo o penale, ferma restando la responsabilità del Titolare per gli adempimenti di propria competenza.</w:t>
      </w:r>
    </w:p>
    <w:p w14:paraId="23AE0E7F" w14:textId="77777777" w:rsidR="00316301" w:rsidRPr="002D29D1" w:rsidRDefault="00316301" w:rsidP="00382931">
      <w:pPr>
        <w:spacing w:before="80" w:after="40"/>
        <w:rPr>
          <w:rFonts w:ascii="Times New Roman" w:hAnsi="Times New Roman" w:cs="Times New Roman"/>
          <w:sz w:val="24"/>
          <w:szCs w:val="32"/>
          <w:lang w:val="it-IT"/>
        </w:rPr>
      </w:pPr>
    </w:p>
    <w:p w14:paraId="5D4C1BE0" w14:textId="32DF35F7" w:rsidR="004C5D4A" w:rsidRPr="002D29D1" w:rsidRDefault="00316301" w:rsidP="00382931">
      <w:pPr>
        <w:spacing w:before="120" w:after="80"/>
        <w:rPr>
          <w:rFonts w:ascii="Times New Roman" w:hAnsi="Times New Roman" w:cs="Times New Roman"/>
          <w:sz w:val="24"/>
          <w:szCs w:val="32"/>
          <w:lang w:val="it-IT"/>
        </w:rPr>
      </w:pPr>
      <w:r w:rsidRPr="002D29D1">
        <w:rPr>
          <w:rFonts w:ascii="Times New Roman" w:hAnsi="Times New Roman" w:cs="Times New Roman"/>
          <w:sz w:val="24"/>
          <w:szCs w:val="32"/>
          <w:lang w:val="it-IT"/>
        </w:rPr>
        <w:t>Luogo _______________________________</w:t>
      </w:r>
      <w:r w:rsidR="00DA41FB" w:rsidRPr="002D29D1">
        <w:rPr>
          <w:rFonts w:ascii="Times New Roman" w:hAnsi="Times New Roman" w:cs="Times New Roman"/>
          <w:sz w:val="24"/>
          <w:szCs w:val="32"/>
          <w:lang w:val="it-IT"/>
        </w:rPr>
        <w:t xml:space="preserve">, </w:t>
      </w:r>
      <w:r w:rsidRPr="002D29D1">
        <w:rPr>
          <w:rFonts w:ascii="Times New Roman" w:hAnsi="Times New Roman" w:cs="Times New Roman"/>
          <w:sz w:val="24"/>
          <w:szCs w:val="32"/>
          <w:lang w:val="it-IT"/>
        </w:rPr>
        <w:t xml:space="preserve">data </w:t>
      </w:r>
      <w:r w:rsidR="00DA41FB" w:rsidRPr="002D29D1">
        <w:rPr>
          <w:rFonts w:ascii="Times New Roman" w:hAnsi="Times New Roman" w:cs="Times New Roman"/>
          <w:sz w:val="24"/>
          <w:szCs w:val="32"/>
          <w:lang w:val="it-IT"/>
        </w:rPr>
        <w:t>__</w:t>
      </w:r>
      <w:r w:rsidR="00B23282" w:rsidRPr="002D29D1">
        <w:rPr>
          <w:rFonts w:ascii="Times New Roman" w:hAnsi="Times New Roman" w:cs="Times New Roman"/>
          <w:sz w:val="24"/>
          <w:szCs w:val="32"/>
          <w:lang w:val="it-IT"/>
        </w:rPr>
        <w:t>__</w:t>
      </w:r>
      <w:r w:rsidR="00DA41FB" w:rsidRPr="002D29D1">
        <w:rPr>
          <w:rFonts w:ascii="Times New Roman" w:hAnsi="Times New Roman" w:cs="Times New Roman"/>
          <w:sz w:val="24"/>
          <w:szCs w:val="32"/>
          <w:lang w:val="it-IT"/>
        </w:rPr>
        <w:t>__ / __</w:t>
      </w:r>
      <w:r w:rsidR="00B23282" w:rsidRPr="002D29D1">
        <w:rPr>
          <w:rFonts w:ascii="Times New Roman" w:hAnsi="Times New Roman" w:cs="Times New Roman"/>
          <w:sz w:val="24"/>
          <w:szCs w:val="32"/>
          <w:lang w:val="it-IT"/>
        </w:rPr>
        <w:t>__</w:t>
      </w:r>
      <w:r w:rsidR="00DA41FB" w:rsidRPr="002D29D1">
        <w:rPr>
          <w:rFonts w:ascii="Times New Roman" w:hAnsi="Times New Roman" w:cs="Times New Roman"/>
          <w:sz w:val="24"/>
          <w:szCs w:val="32"/>
          <w:lang w:val="it-IT"/>
        </w:rPr>
        <w:t>__ / ____</w:t>
      </w:r>
      <w:r w:rsidR="00B23282" w:rsidRPr="002D29D1">
        <w:rPr>
          <w:rFonts w:ascii="Times New Roman" w:hAnsi="Times New Roman" w:cs="Times New Roman"/>
          <w:sz w:val="24"/>
          <w:szCs w:val="32"/>
          <w:lang w:val="it-IT"/>
        </w:rPr>
        <w:t>______</w:t>
      </w:r>
      <w:r w:rsidR="00DA41FB" w:rsidRPr="002D29D1">
        <w:rPr>
          <w:rFonts w:ascii="Times New Roman" w:hAnsi="Times New Roman" w:cs="Times New Roman"/>
          <w:sz w:val="24"/>
          <w:szCs w:val="32"/>
          <w:lang w:val="it-IT"/>
        </w:rPr>
        <w:t>__</w:t>
      </w:r>
    </w:p>
    <w:p w14:paraId="3F8CA389" w14:textId="101940E5" w:rsidR="00316301" w:rsidRDefault="00316301" w:rsidP="00382931">
      <w:pPr>
        <w:spacing w:before="80" w:after="0"/>
        <w:rPr>
          <w:rFonts w:ascii="Times New Roman" w:hAnsi="Times New Roman" w:cs="Times New Roman"/>
          <w:b/>
          <w:sz w:val="22"/>
          <w:szCs w:val="32"/>
          <w:lang w:val="it-IT"/>
        </w:rPr>
      </w:pPr>
    </w:p>
    <w:p w14:paraId="33DB395B" w14:textId="77777777" w:rsidR="006234BA" w:rsidRPr="002D29D1" w:rsidRDefault="006234BA" w:rsidP="00382931">
      <w:pPr>
        <w:spacing w:before="80" w:after="0"/>
        <w:rPr>
          <w:rFonts w:ascii="Times New Roman" w:hAnsi="Times New Roman" w:cs="Times New Roman"/>
          <w:b/>
          <w:sz w:val="22"/>
          <w:szCs w:val="32"/>
          <w:lang w:val="it-IT"/>
        </w:rPr>
      </w:pPr>
    </w:p>
    <w:p w14:paraId="567F4941" w14:textId="77777777" w:rsidR="006234BA" w:rsidRPr="006234BA" w:rsidRDefault="006234BA" w:rsidP="006234BA">
      <w:pPr>
        <w:spacing w:after="16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234BA">
        <w:rPr>
          <w:rFonts w:ascii="Times New Roman" w:eastAsia="Times New Roman" w:hAnsi="Times New Roman" w:cs="Times New Roman"/>
          <w:sz w:val="24"/>
          <w:szCs w:val="24"/>
          <w:lang w:val="it-IT"/>
        </w:rPr>
        <w:t>La Dirigente Scolastica</w:t>
      </w:r>
    </w:p>
    <w:p w14:paraId="6C2A3387" w14:textId="77777777" w:rsidR="006234BA" w:rsidRPr="006234BA" w:rsidRDefault="006234BA" w:rsidP="006234BA">
      <w:pPr>
        <w:spacing w:after="160" w:line="240" w:lineRule="auto"/>
        <w:contextualSpacing/>
        <w:jc w:val="right"/>
        <w:rPr>
          <w:rFonts w:ascii="Brush Script MT" w:eastAsia="Times New Roman" w:hAnsi="Brush Script MT" w:cs="Tahoma"/>
          <w:sz w:val="36"/>
          <w:szCs w:val="36"/>
          <w:lang w:val="it-IT"/>
        </w:rPr>
      </w:pPr>
      <w:r w:rsidRPr="006234BA">
        <w:rPr>
          <w:rFonts w:ascii="Brush Script MT" w:eastAsia="Times New Roman" w:hAnsi="Brush Script MT" w:cs="Tahoma"/>
          <w:sz w:val="36"/>
          <w:szCs w:val="36"/>
          <w:lang w:val="it-IT"/>
        </w:rPr>
        <w:t>Mirella Pacifico</w:t>
      </w:r>
    </w:p>
    <w:p w14:paraId="2A07B7FB" w14:textId="77777777" w:rsidR="006234BA" w:rsidRPr="006234BA" w:rsidRDefault="006234BA" w:rsidP="006234BA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  <w:i/>
          <w:iCs/>
          <w:sz w:val="20"/>
          <w:szCs w:val="20"/>
          <w:lang w:val="it-IT"/>
        </w:rPr>
      </w:pPr>
      <w:r w:rsidRPr="006234BA">
        <w:rPr>
          <w:rFonts w:ascii="Times New Roman" w:eastAsia="Calibri" w:hAnsi="Times New Roman" w:cs="Times New Roman"/>
          <w:i/>
          <w:iCs/>
          <w:sz w:val="20"/>
          <w:szCs w:val="20"/>
          <w:lang w:val="it-IT"/>
        </w:rPr>
        <w:t xml:space="preserve">Firma autografa sostituita a mezzo stampa ex art.3, c. 2, </w:t>
      </w:r>
      <w:proofErr w:type="spellStart"/>
      <w:r w:rsidRPr="006234BA">
        <w:rPr>
          <w:rFonts w:ascii="Times New Roman" w:eastAsia="Calibri" w:hAnsi="Times New Roman" w:cs="Times New Roman"/>
          <w:i/>
          <w:iCs/>
          <w:sz w:val="20"/>
          <w:szCs w:val="20"/>
          <w:lang w:val="it-IT"/>
        </w:rPr>
        <w:t>D.Lgs</w:t>
      </w:r>
      <w:proofErr w:type="spellEnd"/>
      <w:r w:rsidRPr="006234BA">
        <w:rPr>
          <w:rFonts w:ascii="Times New Roman" w:eastAsia="Calibri" w:hAnsi="Times New Roman" w:cs="Times New Roman"/>
          <w:i/>
          <w:iCs/>
          <w:sz w:val="20"/>
          <w:szCs w:val="20"/>
          <w:lang w:val="it-IT"/>
        </w:rPr>
        <w:t xml:space="preserve"> n. 39/93.</w:t>
      </w:r>
      <w:r w:rsidRPr="006234BA">
        <w:rPr>
          <w:rFonts w:ascii="Times New Roman" w:eastAsia="Calibri" w:hAnsi="Times New Roman" w:cs="Times New Roman"/>
          <w:sz w:val="20"/>
          <w:szCs w:val="20"/>
          <w:lang w:val="it-IT"/>
        </w:rPr>
        <w:t xml:space="preserve">                             </w:t>
      </w:r>
    </w:p>
    <w:p w14:paraId="0D5A57B6" w14:textId="77777777" w:rsidR="00B23282" w:rsidRPr="002D29D1" w:rsidRDefault="00B23282" w:rsidP="00382931">
      <w:pPr>
        <w:spacing w:before="80" w:after="0"/>
        <w:rPr>
          <w:rFonts w:ascii="Times New Roman" w:hAnsi="Times New Roman" w:cs="Times New Roman"/>
          <w:bCs/>
          <w:sz w:val="22"/>
          <w:szCs w:val="32"/>
          <w:lang w:val="it-IT"/>
        </w:rPr>
      </w:pPr>
    </w:p>
    <w:p w14:paraId="022C75D7" w14:textId="77777777" w:rsidR="00B23282" w:rsidRPr="002D29D1" w:rsidRDefault="00B23282" w:rsidP="00382931">
      <w:pPr>
        <w:spacing w:before="80" w:after="0"/>
        <w:rPr>
          <w:rFonts w:ascii="Times New Roman" w:hAnsi="Times New Roman" w:cs="Times New Roman"/>
          <w:bCs/>
          <w:sz w:val="22"/>
          <w:szCs w:val="32"/>
          <w:lang w:val="it-IT"/>
        </w:rPr>
      </w:pPr>
    </w:p>
    <w:p w14:paraId="6D6297BD" w14:textId="12E22D43" w:rsidR="00B23282" w:rsidRPr="002D29D1" w:rsidRDefault="00B23282" w:rsidP="00382931">
      <w:pPr>
        <w:spacing w:before="80" w:after="0"/>
        <w:rPr>
          <w:rFonts w:ascii="Times New Roman" w:hAnsi="Times New Roman" w:cs="Times New Roman"/>
          <w:bCs/>
          <w:sz w:val="22"/>
          <w:szCs w:val="32"/>
          <w:lang w:val="it-IT"/>
        </w:rPr>
      </w:pPr>
      <w:r w:rsidRPr="002D29D1">
        <w:rPr>
          <w:rFonts w:ascii="Times New Roman" w:hAnsi="Times New Roman" w:cs="Times New Roman"/>
          <w:bCs/>
          <w:sz w:val="22"/>
          <w:szCs w:val="32"/>
          <w:lang w:val="it-IT"/>
        </w:rPr>
        <w:t>IL</w:t>
      </w:r>
      <w:r w:rsidR="004326FB">
        <w:rPr>
          <w:rFonts w:ascii="Times New Roman" w:hAnsi="Times New Roman" w:cs="Times New Roman"/>
          <w:bCs/>
          <w:sz w:val="22"/>
          <w:szCs w:val="32"/>
          <w:lang w:val="it-IT"/>
        </w:rPr>
        <w:t xml:space="preserve">/LA  </w:t>
      </w:r>
      <w:r w:rsidRPr="002D29D1">
        <w:rPr>
          <w:rFonts w:ascii="Times New Roman" w:hAnsi="Times New Roman" w:cs="Times New Roman"/>
          <w:bCs/>
          <w:sz w:val="22"/>
          <w:szCs w:val="32"/>
          <w:lang w:val="it-IT"/>
        </w:rPr>
        <w:t xml:space="preserve"> DOCENTE ________________________________</w:t>
      </w:r>
    </w:p>
    <w:p w14:paraId="4B92C2BF" w14:textId="77777777" w:rsidR="00B23282" w:rsidRPr="002D29D1" w:rsidRDefault="00B23282" w:rsidP="00382931">
      <w:pPr>
        <w:spacing w:before="80" w:after="0"/>
        <w:rPr>
          <w:rFonts w:ascii="Times New Roman" w:hAnsi="Times New Roman" w:cs="Times New Roman"/>
          <w:bCs/>
          <w:sz w:val="24"/>
          <w:szCs w:val="32"/>
          <w:lang w:val="it-IT"/>
        </w:rPr>
      </w:pPr>
    </w:p>
    <w:sectPr w:rsidR="00B23282" w:rsidRPr="002D29D1" w:rsidSect="006234BA">
      <w:headerReference w:type="default" r:id="rId14"/>
      <w:footerReference w:type="default" r:id="rId15"/>
      <w:pgSz w:w="12240" w:h="15840"/>
      <w:pgMar w:top="0" w:right="879" w:bottom="993" w:left="879" w:header="720" w:footer="4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B31C1" w14:textId="77777777" w:rsidR="00FD5BE3" w:rsidRDefault="00FD5BE3">
      <w:pPr>
        <w:spacing w:after="0" w:line="240" w:lineRule="auto"/>
      </w:pPr>
      <w:r>
        <w:separator/>
      </w:r>
    </w:p>
  </w:endnote>
  <w:endnote w:type="continuationSeparator" w:id="0">
    <w:p w14:paraId="3C9E6C80" w14:textId="77777777" w:rsidR="00FD5BE3" w:rsidRDefault="00FD5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88589"/>
      <w:docPartObj>
        <w:docPartGallery w:val="Page Numbers (Bottom of Page)"/>
        <w:docPartUnique/>
      </w:docPartObj>
    </w:sdtPr>
    <w:sdtContent>
      <w:p w14:paraId="5B59590F" w14:textId="1DAFFDEB" w:rsidR="00316301" w:rsidRDefault="003163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0C10AE37" w14:textId="0E4E1630" w:rsidR="004C5D4A" w:rsidRDefault="004C5D4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AC9DA" w14:textId="77777777" w:rsidR="00FD5BE3" w:rsidRDefault="00FD5BE3">
      <w:pPr>
        <w:spacing w:after="0" w:line="240" w:lineRule="auto"/>
      </w:pPr>
      <w:r>
        <w:separator/>
      </w:r>
    </w:p>
  </w:footnote>
  <w:footnote w:type="continuationSeparator" w:id="0">
    <w:p w14:paraId="658EFB18" w14:textId="77777777" w:rsidR="00FD5BE3" w:rsidRDefault="00FD5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E7C4" w14:textId="4AD01B54" w:rsidR="00316301" w:rsidRPr="00316301" w:rsidRDefault="00316301" w:rsidP="00316301">
    <w:pPr>
      <w:pStyle w:val="Intestazione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2054889">
    <w:abstractNumId w:val="8"/>
  </w:num>
  <w:num w:numId="2" w16cid:durableId="1581713351">
    <w:abstractNumId w:val="6"/>
  </w:num>
  <w:num w:numId="3" w16cid:durableId="803814309">
    <w:abstractNumId w:val="5"/>
  </w:num>
  <w:num w:numId="4" w16cid:durableId="125053371">
    <w:abstractNumId w:val="4"/>
  </w:num>
  <w:num w:numId="5" w16cid:durableId="175658115">
    <w:abstractNumId w:val="7"/>
  </w:num>
  <w:num w:numId="6" w16cid:durableId="397679264">
    <w:abstractNumId w:val="3"/>
  </w:num>
  <w:num w:numId="7" w16cid:durableId="940065356">
    <w:abstractNumId w:val="2"/>
  </w:num>
  <w:num w:numId="8" w16cid:durableId="1680690042">
    <w:abstractNumId w:val="1"/>
  </w:num>
  <w:num w:numId="9" w16cid:durableId="194924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6C26"/>
    <w:rsid w:val="0015074B"/>
    <w:rsid w:val="001A10F8"/>
    <w:rsid w:val="00285C4C"/>
    <w:rsid w:val="0029639D"/>
    <w:rsid w:val="002D29D1"/>
    <w:rsid w:val="00316301"/>
    <w:rsid w:val="00326F90"/>
    <w:rsid w:val="00382931"/>
    <w:rsid w:val="004326FB"/>
    <w:rsid w:val="0048615B"/>
    <w:rsid w:val="004C5D4A"/>
    <w:rsid w:val="006234BA"/>
    <w:rsid w:val="0065090D"/>
    <w:rsid w:val="00674A65"/>
    <w:rsid w:val="0068762D"/>
    <w:rsid w:val="006B2758"/>
    <w:rsid w:val="007A2E55"/>
    <w:rsid w:val="009B281A"/>
    <w:rsid w:val="00AA1D8D"/>
    <w:rsid w:val="00B23282"/>
    <w:rsid w:val="00B31D03"/>
    <w:rsid w:val="00B47730"/>
    <w:rsid w:val="00CB0664"/>
    <w:rsid w:val="00CF3D5E"/>
    <w:rsid w:val="00D60B5B"/>
    <w:rsid w:val="00DA41FB"/>
    <w:rsid w:val="00E34730"/>
    <w:rsid w:val="00E437F1"/>
    <w:rsid w:val="00EC0536"/>
    <w:rsid w:val="00F9128C"/>
    <w:rsid w:val="00FB334D"/>
    <w:rsid w:val="00FC693F"/>
    <w:rsid w:val="00FD5BE3"/>
    <w:rsid w:val="00FD7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A6C7F8"/>
  <w14:defaultImageDpi w14:val="300"/>
  <w15:docId w15:val="{C06912C8-3CDE-4CC1-B41E-0463B5236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eastAsia="Arial" w:hAnsi="Arial"/>
      <w:sz w:val="18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sic849003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mandatoriccio.edu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9523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Designazione quale persona autorizzata al trattamento dei dati personali - Docenti</dc:title>
  <dc:subject>GDPR - autorizzazione e istruzioni al trattamento per personale docente</dc:subject>
  <dc:creator>IIS Polo Tecnico Professionale Aletti - Filangieri</dc:creator>
  <cp:keywords/>
  <dc:description>generated by python-docx</dc:description>
  <cp:lastModifiedBy>USER</cp:lastModifiedBy>
  <cp:revision>2</cp:revision>
  <dcterms:created xsi:type="dcterms:W3CDTF">2026-08-26T13:47:00Z</dcterms:created>
  <dcterms:modified xsi:type="dcterms:W3CDTF">2026-08-27T08:00:00Z</dcterms:modified>
  <cp:category/>
</cp:coreProperties>
</file>